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2E61C2" w14:textId="4BAFBE54" w:rsidR="00ED39EE" w:rsidRPr="00AA454C" w:rsidRDefault="00AA454C" w:rsidP="00AA454C">
      <w:pPr>
        <w:keepNext/>
        <w:spacing w:after="60" w:line="240" w:lineRule="auto"/>
        <w:jc w:val="center"/>
        <w:rPr>
          <w:color w:val="auto"/>
          <w:lang w:val="es-ES"/>
        </w:rPr>
      </w:pPr>
      <w:r w:rsidRPr="00AA454C">
        <w:rPr>
          <w:noProof/>
          <w:color w:val="auto"/>
          <w:lang w:val="es-ES"/>
        </w:rPr>
        <w:drawing>
          <wp:anchor distT="0" distB="0" distL="114300" distR="114300" simplePos="0" relativeHeight="251659264" behindDoc="0" locked="0" layoutInCell="1" allowOverlap="1" wp14:anchorId="768CB060" wp14:editId="30F7F498">
            <wp:simplePos x="0" y="0"/>
            <wp:positionH relativeFrom="page">
              <wp:posOffset>-16572</wp:posOffset>
            </wp:positionH>
            <wp:positionV relativeFrom="page">
              <wp:posOffset>7985</wp:posOffset>
            </wp:positionV>
            <wp:extent cx="7840345" cy="1267460"/>
            <wp:effectExtent l="0" t="0" r="0" b="2540"/>
            <wp:wrapNone/>
            <wp:docPr id="32655667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70046" name="Imagen 1095770046"/>
                    <pic:cNvPicPr/>
                  </pic:nvPicPr>
                  <pic:blipFill rotWithShape="1"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4" b="4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2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54C">
        <w:rPr>
          <w:b/>
          <w:color w:val="auto"/>
          <w:sz w:val="36"/>
          <w:lang w:val="es-ES"/>
        </w:rPr>
        <w:t>BANCO DE INICIATIVAS JUVENILES</w:t>
      </w:r>
    </w:p>
    <w:p w14:paraId="736906C5" w14:textId="77777777" w:rsidR="00ED39EE" w:rsidRPr="00AA454C" w:rsidRDefault="00000000" w:rsidP="00AA454C">
      <w:pPr>
        <w:keepNext/>
        <w:spacing w:after="240" w:line="240" w:lineRule="auto"/>
        <w:jc w:val="center"/>
        <w:rPr>
          <w:color w:val="auto"/>
          <w:lang w:val="es-ES"/>
        </w:rPr>
      </w:pPr>
      <w:r w:rsidRPr="00AA454C">
        <w:rPr>
          <w:b/>
          <w:color w:val="auto"/>
          <w:sz w:val="24"/>
          <w:lang w:val="es-ES"/>
        </w:rPr>
        <w:t>EL PARCHE DE LAS IDEAS · DE LA MENTE A LA COMUNIDAD</w:t>
      </w:r>
    </w:p>
    <w:p w14:paraId="1F35B5B8" w14:textId="77777777" w:rsidR="00ED39EE" w:rsidRPr="00AA454C" w:rsidRDefault="00000000" w:rsidP="00AA454C">
      <w:pPr>
        <w:keepNext/>
        <w:spacing w:after="100" w:line="240" w:lineRule="auto"/>
        <w:jc w:val="center"/>
        <w:rPr>
          <w:color w:val="auto"/>
          <w:lang w:val="es-ES"/>
        </w:rPr>
      </w:pPr>
      <w:r w:rsidRPr="00AA454C">
        <w:rPr>
          <w:b/>
          <w:color w:val="auto"/>
          <w:sz w:val="34"/>
          <w:lang w:val="es-ES"/>
        </w:rPr>
        <w:t>F3 · Autorización y asentimiento para personas menores de edad</w:t>
      </w:r>
    </w:p>
    <w:p w14:paraId="6A891AF3" w14:textId="77777777" w:rsidR="00ED39EE" w:rsidRPr="00AA454C" w:rsidRDefault="00000000" w:rsidP="00AA454C">
      <w:pPr>
        <w:keepNext/>
        <w:spacing w:after="200" w:line="240" w:lineRule="auto"/>
        <w:jc w:val="center"/>
        <w:rPr>
          <w:color w:val="auto"/>
          <w:lang w:val="es-ES"/>
        </w:rPr>
      </w:pPr>
      <w:r w:rsidRPr="00AA454C">
        <w:rPr>
          <w:color w:val="auto"/>
          <w:lang w:val="es-ES"/>
        </w:rPr>
        <w:t>Participación · tratamiento de datos · propiedad intelectual · imagen, voz y testimonio</w:t>
      </w:r>
      <w:r w:rsidRPr="00AA454C">
        <w:rPr>
          <w:color w:val="auto"/>
          <w:lang w:val="es-ES"/>
        </w:rPr>
        <w:br/>
        <w:t>Una copia por cada participante de 14 a 17 años</w:t>
      </w:r>
    </w:p>
    <w:tbl>
      <w:tblPr>
        <w:tblStyle w:val="Tablaconcuadrcula"/>
        <w:tblW w:w="8840" w:type="dxa"/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3840"/>
      </w:tblGrid>
      <w:tr w:rsidR="00720856" w:rsidRPr="00F86D7C" w14:paraId="32043D93" w14:textId="77777777" w:rsidTr="00D90299">
        <w:tc>
          <w:tcPr>
            <w:tcW w:w="2500" w:type="dxa"/>
          </w:tcPr>
          <w:p w14:paraId="5FF2633D" w14:textId="77777777" w:rsidR="00720856" w:rsidRPr="00F86D7C" w:rsidRDefault="00720856" w:rsidP="00D90299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Código de iniciativa</w:t>
            </w:r>
          </w:p>
        </w:tc>
        <w:tc>
          <w:tcPr>
            <w:tcW w:w="2500" w:type="dxa"/>
          </w:tcPr>
          <w:p w14:paraId="70D60DDF" w14:textId="77777777" w:rsidR="00720856" w:rsidRPr="00F86D7C" w:rsidRDefault="00720856" w:rsidP="00D90299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Versión/fecha</w:t>
            </w:r>
          </w:p>
        </w:tc>
        <w:tc>
          <w:tcPr>
            <w:tcW w:w="3840" w:type="dxa"/>
          </w:tcPr>
          <w:p w14:paraId="5EDF27BC" w14:textId="77777777" w:rsidR="00720856" w:rsidRPr="00F86D7C" w:rsidRDefault="00720856" w:rsidP="00D90299">
            <w:pPr>
              <w:spacing w:after="0"/>
              <w:jc w:val="left"/>
              <w:rPr>
                <w:color w:val="auto"/>
                <w:lang w:val="es-ES"/>
              </w:rPr>
            </w:pPr>
            <w:r w:rsidRPr="00F86D7C">
              <w:rPr>
                <w:b/>
                <w:color w:val="auto"/>
                <w:sz w:val="19"/>
                <w:lang w:val="es-ES"/>
              </w:rPr>
              <w:t>Estado</w:t>
            </w:r>
          </w:p>
        </w:tc>
      </w:tr>
      <w:tr w:rsidR="00720856" w:rsidRPr="00F86D7C" w14:paraId="7A6C88DF" w14:textId="77777777" w:rsidTr="00D90299">
        <w:tc>
          <w:tcPr>
            <w:tcW w:w="2500" w:type="dxa"/>
          </w:tcPr>
          <w:p w14:paraId="67BB07EB" w14:textId="77777777" w:rsidR="00720856" w:rsidRPr="00F86D7C" w:rsidRDefault="00720856" w:rsidP="00D90299">
            <w:pPr>
              <w:spacing w:after="0"/>
              <w:jc w:val="left"/>
              <w:rPr>
                <w:color w:val="auto"/>
                <w:lang w:val="es-ES"/>
              </w:rPr>
            </w:pPr>
          </w:p>
          <w:p w14:paraId="0D2BA235" w14:textId="77777777" w:rsidR="00720856" w:rsidRPr="00F86D7C" w:rsidRDefault="00720856" w:rsidP="00D90299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  <w:tc>
          <w:tcPr>
            <w:tcW w:w="2500" w:type="dxa"/>
          </w:tcPr>
          <w:p w14:paraId="5DFA8AF1" w14:textId="77777777" w:rsidR="00720856" w:rsidRPr="00F86D7C" w:rsidRDefault="00720856" w:rsidP="00D90299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  <w:tc>
          <w:tcPr>
            <w:tcW w:w="3840" w:type="dxa"/>
          </w:tcPr>
          <w:p w14:paraId="6FB12886" w14:textId="77777777" w:rsidR="00720856" w:rsidRPr="00F86D7C" w:rsidRDefault="00720856" w:rsidP="00D90299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720856" w:rsidRPr="00F86D7C" w14:paraId="181C2397" w14:textId="77777777" w:rsidTr="00D90299">
        <w:tc>
          <w:tcPr>
            <w:tcW w:w="8840" w:type="dxa"/>
            <w:gridSpan w:val="3"/>
          </w:tcPr>
          <w:p w14:paraId="30CBDE4E" w14:textId="77777777" w:rsidR="00720856" w:rsidRPr="00F40BF0" w:rsidRDefault="00720856" w:rsidP="00D90299">
            <w:pPr>
              <w:spacing w:after="20" w:line="276" w:lineRule="auto"/>
              <w:jc w:val="center"/>
              <w:rPr>
                <w:i/>
                <w:iCs/>
                <w:color w:val="auto"/>
                <w:sz w:val="18"/>
                <w:szCs w:val="21"/>
                <w:lang w:val="es-ES"/>
              </w:rPr>
            </w:pPr>
            <w:r w:rsidRPr="00F40BF0">
              <w:rPr>
                <w:i/>
                <w:iCs/>
                <w:color w:val="auto"/>
                <w:sz w:val="18"/>
                <w:szCs w:val="21"/>
                <w:lang w:val="es-ES"/>
              </w:rPr>
              <w:t>Cuadro de uso exclusivo de la Subsecretaría de Juventud</w:t>
            </w:r>
          </w:p>
        </w:tc>
      </w:tr>
    </w:tbl>
    <w:p w14:paraId="03D7C804" w14:textId="77777777" w:rsidR="00ED39EE" w:rsidRPr="00AA454C" w:rsidRDefault="00ED39EE" w:rsidP="00AA454C">
      <w:pPr>
        <w:spacing w:after="20" w:line="240" w:lineRule="auto"/>
        <w:rPr>
          <w:color w:val="auto"/>
          <w:lang w:val="es-ES"/>
        </w:rPr>
      </w:pPr>
    </w:p>
    <w:p w14:paraId="0820FFF2" w14:textId="77777777" w:rsidR="00ED39EE" w:rsidRPr="00AA454C" w:rsidRDefault="00000000" w:rsidP="00AA454C">
      <w:pPr>
        <w:keepNext/>
        <w:spacing w:before="160" w:after="100" w:line="240" w:lineRule="auto"/>
        <w:jc w:val="left"/>
        <w:rPr>
          <w:color w:val="auto"/>
          <w:lang w:val="es-ES"/>
        </w:rPr>
      </w:pPr>
      <w:r w:rsidRPr="00AA454C">
        <w:rPr>
          <w:b/>
          <w:color w:val="auto"/>
          <w:sz w:val="28"/>
          <w:lang w:val="es-ES"/>
        </w:rPr>
        <w:t>A. Persona adolescente y representante legal</w:t>
      </w:r>
    </w:p>
    <w:tbl>
      <w:tblPr>
        <w:tblStyle w:val="Tablaconcuadrcula"/>
        <w:tblW w:w="893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11"/>
        <w:gridCol w:w="4820"/>
      </w:tblGrid>
      <w:tr w:rsidR="00ED39EE" w:rsidRPr="00AA454C" w14:paraId="2B28020F" w14:textId="77777777" w:rsidTr="00692053">
        <w:tc>
          <w:tcPr>
            <w:tcW w:w="4111" w:type="dxa"/>
          </w:tcPr>
          <w:p w14:paraId="7507AD1E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b/>
                <w:color w:val="auto"/>
                <w:sz w:val="19"/>
                <w:lang w:val="es-ES"/>
              </w:rPr>
              <w:t>Campo</w:t>
            </w:r>
          </w:p>
        </w:tc>
        <w:tc>
          <w:tcPr>
            <w:tcW w:w="4820" w:type="dxa"/>
          </w:tcPr>
          <w:p w14:paraId="42895FAB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b/>
                <w:color w:val="auto"/>
                <w:sz w:val="19"/>
                <w:lang w:val="es-ES"/>
              </w:rPr>
              <w:t>Información</w:t>
            </w:r>
          </w:p>
        </w:tc>
      </w:tr>
      <w:tr w:rsidR="00AA454C" w:rsidRPr="00AA454C" w14:paraId="6717B0A1" w14:textId="77777777" w:rsidTr="00692053">
        <w:tc>
          <w:tcPr>
            <w:tcW w:w="4111" w:type="dxa"/>
          </w:tcPr>
          <w:p w14:paraId="6FF56FB8" w14:textId="38A1A8C3" w:rsidR="00AA454C" w:rsidRPr="00AA454C" w:rsidRDefault="00AA454C" w:rsidP="00AA454C">
            <w:pPr>
              <w:spacing w:after="0"/>
              <w:jc w:val="left"/>
              <w:rPr>
                <w:color w:val="auto"/>
                <w:sz w:val="19"/>
                <w:lang w:val="es-ES"/>
              </w:rPr>
            </w:pPr>
            <w:r>
              <w:rPr>
                <w:color w:val="auto"/>
                <w:sz w:val="19"/>
                <w:lang w:val="es-ES"/>
              </w:rPr>
              <w:t>Fecha de presentación</w:t>
            </w:r>
          </w:p>
        </w:tc>
        <w:tc>
          <w:tcPr>
            <w:tcW w:w="4820" w:type="dxa"/>
          </w:tcPr>
          <w:p w14:paraId="35CBD0D8" w14:textId="77777777" w:rsidR="00AA454C" w:rsidRPr="00AA454C" w:rsidRDefault="00AA454C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ED39EE" w:rsidRPr="00AA454C" w14:paraId="529CAA31" w14:textId="77777777" w:rsidTr="00692053">
        <w:tc>
          <w:tcPr>
            <w:tcW w:w="4111" w:type="dxa"/>
          </w:tcPr>
          <w:p w14:paraId="38E3B23F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Nombre completo de la persona adolescente</w:t>
            </w:r>
          </w:p>
        </w:tc>
        <w:tc>
          <w:tcPr>
            <w:tcW w:w="4820" w:type="dxa"/>
          </w:tcPr>
          <w:p w14:paraId="1239E897" w14:textId="77777777" w:rsidR="00ED39EE" w:rsidRPr="00AA454C" w:rsidRDefault="00ED39EE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ED39EE" w:rsidRPr="00AA454C" w14:paraId="0593A6C7" w14:textId="77777777" w:rsidTr="00692053">
        <w:tc>
          <w:tcPr>
            <w:tcW w:w="4111" w:type="dxa"/>
          </w:tcPr>
          <w:p w14:paraId="5F3A02A0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Tipo y número de documento</w:t>
            </w:r>
          </w:p>
        </w:tc>
        <w:tc>
          <w:tcPr>
            <w:tcW w:w="4820" w:type="dxa"/>
          </w:tcPr>
          <w:p w14:paraId="4F839262" w14:textId="77777777" w:rsidR="00ED39EE" w:rsidRPr="00AA454C" w:rsidRDefault="00ED39EE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ED39EE" w:rsidRPr="00AA454C" w14:paraId="624B391E" w14:textId="77777777" w:rsidTr="00692053">
        <w:tc>
          <w:tcPr>
            <w:tcW w:w="4111" w:type="dxa"/>
          </w:tcPr>
          <w:p w14:paraId="0C71C65C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Fecha de nacimiento y edad</w:t>
            </w:r>
          </w:p>
        </w:tc>
        <w:tc>
          <w:tcPr>
            <w:tcW w:w="4820" w:type="dxa"/>
          </w:tcPr>
          <w:p w14:paraId="03D37564" w14:textId="77777777" w:rsidR="00ED39EE" w:rsidRPr="00AA454C" w:rsidRDefault="00ED39EE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ED39EE" w:rsidRPr="00AA454C" w14:paraId="4FA6E621" w14:textId="77777777" w:rsidTr="00692053">
        <w:tc>
          <w:tcPr>
            <w:tcW w:w="4111" w:type="dxa"/>
          </w:tcPr>
          <w:p w14:paraId="7ADB3226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Equipo e iniciativa</w:t>
            </w:r>
          </w:p>
        </w:tc>
        <w:tc>
          <w:tcPr>
            <w:tcW w:w="4820" w:type="dxa"/>
          </w:tcPr>
          <w:p w14:paraId="461FDE7B" w14:textId="77777777" w:rsidR="00ED39EE" w:rsidRPr="00AA454C" w:rsidRDefault="00ED39EE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ED39EE" w:rsidRPr="00AA454C" w14:paraId="3DD77D82" w14:textId="77777777" w:rsidTr="00692053">
        <w:tc>
          <w:tcPr>
            <w:tcW w:w="4111" w:type="dxa"/>
          </w:tcPr>
          <w:p w14:paraId="50D76AD6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Nombre completo del representante legal</w:t>
            </w:r>
          </w:p>
        </w:tc>
        <w:tc>
          <w:tcPr>
            <w:tcW w:w="4820" w:type="dxa"/>
          </w:tcPr>
          <w:p w14:paraId="732A6E54" w14:textId="77777777" w:rsidR="00ED39EE" w:rsidRPr="00AA454C" w:rsidRDefault="00ED39EE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ED39EE" w:rsidRPr="00AA454C" w14:paraId="6F772208" w14:textId="77777777" w:rsidTr="00692053">
        <w:tc>
          <w:tcPr>
            <w:tcW w:w="4111" w:type="dxa"/>
          </w:tcPr>
          <w:p w14:paraId="0EF6BAC6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Documento y relación con la persona adolescente</w:t>
            </w:r>
          </w:p>
        </w:tc>
        <w:tc>
          <w:tcPr>
            <w:tcW w:w="4820" w:type="dxa"/>
          </w:tcPr>
          <w:p w14:paraId="2A67E98A" w14:textId="77777777" w:rsidR="00ED39EE" w:rsidRPr="00AA454C" w:rsidRDefault="00ED39EE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ED39EE" w:rsidRPr="00AA454C" w14:paraId="7A58E6DB" w14:textId="77777777" w:rsidTr="00692053">
        <w:tc>
          <w:tcPr>
            <w:tcW w:w="4111" w:type="dxa"/>
          </w:tcPr>
          <w:p w14:paraId="48617103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Teléfono y correo del representante</w:t>
            </w:r>
          </w:p>
        </w:tc>
        <w:tc>
          <w:tcPr>
            <w:tcW w:w="4820" w:type="dxa"/>
          </w:tcPr>
          <w:p w14:paraId="5D394D57" w14:textId="77777777" w:rsidR="00ED39EE" w:rsidRPr="00AA454C" w:rsidRDefault="00ED39EE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  <w:tr w:rsidR="00ED39EE" w:rsidRPr="00AA454C" w14:paraId="7A8B05E1" w14:textId="77777777" w:rsidTr="00692053">
        <w:tc>
          <w:tcPr>
            <w:tcW w:w="4111" w:type="dxa"/>
          </w:tcPr>
          <w:p w14:paraId="3F9D611C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Contacto de emergencia</w:t>
            </w:r>
          </w:p>
        </w:tc>
        <w:tc>
          <w:tcPr>
            <w:tcW w:w="4820" w:type="dxa"/>
          </w:tcPr>
          <w:p w14:paraId="13A34B43" w14:textId="77777777" w:rsidR="00ED39EE" w:rsidRPr="00AA454C" w:rsidRDefault="00ED39EE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</w:tr>
    </w:tbl>
    <w:p w14:paraId="426D7FF3" w14:textId="77777777" w:rsidR="00ED39EE" w:rsidRPr="00AA454C" w:rsidRDefault="00ED39EE" w:rsidP="00AA454C">
      <w:pPr>
        <w:spacing w:after="20" w:line="240" w:lineRule="auto"/>
        <w:rPr>
          <w:color w:val="auto"/>
          <w:lang w:val="es-ES"/>
        </w:rPr>
      </w:pPr>
    </w:p>
    <w:p w14:paraId="0BBF3C17" w14:textId="592D8583" w:rsidR="00ED39EE" w:rsidRPr="00AA454C" w:rsidRDefault="00AA454C" w:rsidP="00692053">
      <w:pPr>
        <w:spacing w:line="240" w:lineRule="auto"/>
        <w:rPr>
          <w:color w:val="auto"/>
          <w:lang w:val="es-ES"/>
        </w:rPr>
      </w:pPr>
      <w:r w:rsidRPr="00AA454C">
        <w:rPr>
          <w:noProof/>
          <w:color w:val="auto"/>
          <w:sz w:val="24"/>
          <w:lang w:val="es-ES"/>
        </w:rPr>
        <w:drawing>
          <wp:anchor distT="0" distB="0" distL="114300" distR="114300" simplePos="0" relativeHeight="251660288" behindDoc="0" locked="0" layoutInCell="1" allowOverlap="1" wp14:anchorId="469AF6BA" wp14:editId="4A2456E3">
            <wp:simplePos x="0" y="0"/>
            <wp:positionH relativeFrom="margin">
              <wp:posOffset>-1139252</wp:posOffset>
            </wp:positionH>
            <wp:positionV relativeFrom="page">
              <wp:posOffset>8995140</wp:posOffset>
            </wp:positionV>
            <wp:extent cx="7844790" cy="1038225"/>
            <wp:effectExtent l="0" t="0" r="3810" b="3175"/>
            <wp:wrapNone/>
            <wp:docPr id="156812216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43298" name="Imagen 187364329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79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54C">
        <w:rPr>
          <w:b/>
          <w:color w:val="auto"/>
          <w:sz w:val="28"/>
          <w:lang w:val="es-ES"/>
        </w:rPr>
        <w:t>B. Autorización de participación y medidas de cuidado</w:t>
      </w:r>
    </w:p>
    <w:p w14:paraId="427101DE" w14:textId="77777777" w:rsidR="00ED39EE" w:rsidRPr="00AA454C" w:rsidRDefault="00000000" w:rsidP="00AA454C">
      <w:pPr>
        <w:spacing w:after="80" w:line="240" w:lineRule="auto"/>
        <w:rPr>
          <w:color w:val="auto"/>
          <w:lang w:val="es-ES"/>
        </w:rPr>
      </w:pPr>
      <w:r w:rsidRPr="00AA454C">
        <w:rPr>
          <w:color w:val="auto"/>
          <w:sz w:val="20"/>
          <w:lang w:val="es-ES"/>
        </w:rPr>
        <w:t>El representante legal declara que recibió información comprensible sobre el propósito del Banco, el Laboratorio, las actividades previstas, fechas, lugares, desplazamientos previsibles, riesgos, medidas de cuidado, canales de atención y posibilidad de retiro. Autoriza la participación voluntaria sin sustituir la voz, el liderazgo ni las decisiones propias de la persona adolescente.</w:t>
      </w:r>
    </w:p>
    <w:p w14:paraId="3C731FBE" w14:textId="1C474032" w:rsidR="00ED39EE" w:rsidRPr="00AA454C" w:rsidRDefault="00000000" w:rsidP="00AA454C">
      <w:pPr>
        <w:spacing w:line="240" w:lineRule="auto"/>
        <w:rPr>
          <w:color w:val="auto"/>
          <w:lang w:val="es-ES"/>
        </w:rPr>
      </w:pPr>
      <w:r w:rsidRPr="00AA454C">
        <w:rPr>
          <w:color w:val="auto"/>
          <w:sz w:val="20"/>
          <w:lang w:val="es-ES"/>
        </w:rPr>
        <w:t>La persona adolescente declara que entendió la información, pudo hacer preguntas y acepta participar. Puede pedir apoyo, manifestar incomodidad o retirarse de una actividad, sin perjuicio de las reglas generales de permanencia en la convocatoria. Esta autorización no implica renuncia a derechos ni exonera a ninguna entidad de sus deberes legales de cuidado.</w:t>
      </w:r>
    </w:p>
    <w:p w14:paraId="2795974A" w14:textId="77777777" w:rsidR="00ED39EE" w:rsidRPr="00AA454C" w:rsidRDefault="00000000" w:rsidP="00692053">
      <w:pPr>
        <w:keepNext/>
        <w:spacing w:after="100" w:line="240" w:lineRule="auto"/>
        <w:jc w:val="left"/>
        <w:rPr>
          <w:color w:val="auto"/>
          <w:lang w:val="es-ES"/>
        </w:rPr>
      </w:pPr>
      <w:r w:rsidRPr="00AA454C">
        <w:rPr>
          <w:b/>
          <w:color w:val="auto"/>
          <w:sz w:val="28"/>
          <w:lang w:val="es-ES"/>
        </w:rPr>
        <w:t>C. Tratamiento de datos de la persona menor de edad</w:t>
      </w:r>
    </w:p>
    <w:p w14:paraId="30D9AE80" w14:textId="77777777" w:rsidR="00ED39EE" w:rsidRPr="00AA454C" w:rsidRDefault="00000000" w:rsidP="00AA454C">
      <w:pPr>
        <w:spacing w:after="80" w:line="240" w:lineRule="auto"/>
        <w:rPr>
          <w:color w:val="auto"/>
          <w:sz w:val="20"/>
          <w:szCs w:val="22"/>
          <w:lang w:val="es-ES"/>
        </w:rPr>
      </w:pPr>
      <w:r w:rsidRPr="00AA454C">
        <w:rPr>
          <w:b/>
          <w:color w:val="auto"/>
          <w:sz w:val="20"/>
          <w:szCs w:val="22"/>
          <w:lang w:val="es-ES"/>
        </w:rPr>
        <w:t xml:space="preserve">Responsable y finalidad. </w:t>
      </w:r>
      <w:r w:rsidRPr="00AA454C">
        <w:rPr>
          <w:color w:val="auto"/>
          <w:sz w:val="20"/>
          <w:szCs w:val="22"/>
          <w:lang w:val="es-ES"/>
        </w:rPr>
        <w:t>El Municipio de Rionegro, a través de la Subsecretaría de Juventud, tratará únicamente los datos de identificación, contacto, edad, vínculo territorial, asistencia, postulación, evaluación, ejecución y seguimiento necesarios para administrar el Banco, comunicarse, verificar requisitos, proteger participantes, evaluar, acompañar, rendir cuentas y conservar el expediente.</w:t>
      </w:r>
    </w:p>
    <w:p w14:paraId="2A083C51" w14:textId="68B1D83D" w:rsidR="00ED39EE" w:rsidRPr="00AA454C" w:rsidRDefault="00AA454C" w:rsidP="00AA454C">
      <w:pPr>
        <w:spacing w:after="80" w:line="240" w:lineRule="auto"/>
        <w:rPr>
          <w:color w:val="auto"/>
          <w:sz w:val="20"/>
          <w:szCs w:val="22"/>
          <w:lang w:val="es-ES"/>
        </w:rPr>
      </w:pPr>
      <w:r w:rsidRPr="00AA454C">
        <w:rPr>
          <w:noProof/>
          <w:color w:val="auto"/>
          <w:sz w:val="20"/>
          <w:szCs w:val="22"/>
          <w:lang w:val="es-ES"/>
        </w:rPr>
        <w:lastRenderedPageBreak/>
        <w:drawing>
          <wp:anchor distT="0" distB="0" distL="114300" distR="114300" simplePos="0" relativeHeight="251662336" behindDoc="0" locked="0" layoutInCell="1" allowOverlap="1" wp14:anchorId="172716ED" wp14:editId="0E697A78">
            <wp:simplePos x="0" y="0"/>
            <wp:positionH relativeFrom="page">
              <wp:posOffset>-20205</wp:posOffset>
            </wp:positionH>
            <wp:positionV relativeFrom="page">
              <wp:posOffset>354</wp:posOffset>
            </wp:positionV>
            <wp:extent cx="7840345" cy="1267460"/>
            <wp:effectExtent l="0" t="0" r="0" b="2540"/>
            <wp:wrapNone/>
            <wp:docPr id="124025064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70046" name="Imagen 1095770046"/>
                    <pic:cNvPicPr/>
                  </pic:nvPicPr>
                  <pic:blipFill rotWithShape="1"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4" b="4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2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54C">
        <w:rPr>
          <w:b/>
          <w:color w:val="auto"/>
          <w:sz w:val="20"/>
          <w:szCs w:val="22"/>
          <w:lang w:val="es-ES"/>
        </w:rPr>
        <w:t xml:space="preserve">Protección reforzada. </w:t>
      </w:r>
      <w:r w:rsidRPr="00AA454C">
        <w:rPr>
          <w:color w:val="auto"/>
          <w:sz w:val="20"/>
          <w:szCs w:val="22"/>
          <w:lang w:val="es-ES"/>
        </w:rPr>
        <w:t xml:space="preserve">No se publicarán documentos de identidad, direcciones, teléfonos, instituciones educativas, lugares habituales ni datos sensibles. Los resultados se divulgarán </w:t>
      </w:r>
      <w:r w:rsidR="00724C2D" w:rsidRPr="00AA454C">
        <w:rPr>
          <w:noProof/>
          <w:color w:val="auto"/>
          <w:sz w:val="20"/>
          <w:szCs w:val="22"/>
          <w:lang w:val="es-ES"/>
        </w:rPr>
        <w:drawing>
          <wp:anchor distT="0" distB="0" distL="114300" distR="114300" simplePos="0" relativeHeight="251665408" behindDoc="0" locked="0" layoutInCell="1" allowOverlap="1" wp14:anchorId="45DE9634" wp14:editId="406987EA">
            <wp:simplePos x="0" y="0"/>
            <wp:positionH relativeFrom="page">
              <wp:posOffset>6709</wp:posOffset>
            </wp:positionH>
            <wp:positionV relativeFrom="page">
              <wp:posOffset>359</wp:posOffset>
            </wp:positionV>
            <wp:extent cx="7840345" cy="1267460"/>
            <wp:effectExtent l="0" t="0" r="0" b="2540"/>
            <wp:wrapNone/>
            <wp:docPr id="139080582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70046" name="Imagen 1095770046"/>
                    <pic:cNvPicPr/>
                  </pic:nvPicPr>
                  <pic:blipFill rotWithShape="1"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4" b="4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2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54C">
        <w:rPr>
          <w:color w:val="auto"/>
          <w:sz w:val="20"/>
          <w:szCs w:val="22"/>
          <w:lang w:val="es-ES"/>
        </w:rPr>
        <w:t>mediante códigos o identificación segura. Los datos sensibles son facultativos y solo se solicitarán cuando sean indispensables para cuidado o ajustes, por canal restringido.</w:t>
      </w:r>
    </w:p>
    <w:p w14:paraId="18FEC4C6" w14:textId="77777777" w:rsidR="00ED39EE" w:rsidRPr="00AA454C" w:rsidRDefault="00000000" w:rsidP="00AA454C">
      <w:pPr>
        <w:spacing w:line="240" w:lineRule="auto"/>
        <w:rPr>
          <w:color w:val="auto"/>
          <w:sz w:val="20"/>
          <w:szCs w:val="22"/>
          <w:lang w:val="es-ES"/>
        </w:rPr>
      </w:pPr>
      <w:r w:rsidRPr="00AA454C">
        <w:rPr>
          <w:b/>
          <w:color w:val="auto"/>
          <w:sz w:val="20"/>
          <w:szCs w:val="22"/>
          <w:lang w:val="es-ES"/>
        </w:rPr>
        <w:t xml:space="preserve">Derechos. </w:t>
      </w:r>
      <w:r w:rsidRPr="00AA454C">
        <w:rPr>
          <w:color w:val="auto"/>
          <w:sz w:val="20"/>
          <w:szCs w:val="22"/>
          <w:lang w:val="es-ES"/>
        </w:rPr>
        <w:t>El representante y la persona adolescente pueden solicitar consulta, actualización, rectificación, supresión o revocatoria cuando proceda mediante juventud@rionegro.gov.co o los canales de www.rionegro.gov.co.</w:t>
      </w:r>
    </w:p>
    <w:tbl>
      <w:tblPr>
        <w:tblStyle w:val="Tablaconcuadrcula"/>
        <w:tblW w:w="878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1900"/>
        <w:gridCol w:w="1927"/>
      </w:tblGrid>
      <w:tr w:rsidR="00ED39EE" w:rsidRPr="00AA454C" w14:paraId="281E8C8A" w14:textId="77777777" w:rsidTr="00692053">
        <w:tc>
          <w:tcPr>
            <w:tcW w:w="4962" w:type="dxa"/>
          </w:tcPr>
          <w:p w14:paraId="00CF8F24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b/>
                <w:color w:val="auto"/>
                <w:sz w:val="19"/>
                <w:lang w:val="es-ES"/>
              </w:rPr>
              <w:t>Decisión</w:t>
            </w:r>
          </w:p>
        </w:tc>
        <w:tc>
          <w:tcPr>
            <w:tcW w:w="1900" w:type="dxa"/>
          </w:tcPr>
          <w:p w14:paraId="35B2F5D3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b/>
                <w:color w:val="auto"/>
                <w:sz w:val="19"/>
                <w:lang w:val="es-ES"/>
              </w:rPr>
              <w:t>Representante</w:t>
            </w:r>
          </w:p>
        </w:tc>
        <w:tc>
          <w:tcPr>
            <w:tcW w:w="1927" w:type="dxa"/>
          </w:tcPr>
          <w:p w14:paraId="2D8D7DC4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b/>
                <w:color w:val="auto"/>
                <w:sz w:val="19"/>
                <w:lang w:val="es-ES"/>
              </w:rPr>
              <w:t>Adolescente</w:t>
            </w:r>
          </w:p>
        </w:tc>
      </w:tr>
      <w:tr w:rsidR="00ED39EE" w:rsidRPr="00AA454C" w14:paraId="151793DB" w14:textId="77777777" w:rsidTr="00692053">
        <w:tc>
          <w:tcPr>
            <w:tcW w:w="4962" w:type="dxa"/>
            <w:vAlign w:val="center"/>
          </w:tcPr>
          <w:p w14:paraId="370256C9" w14:textId="59C3E09D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8"/>
                <w:lang w:val="es-ES"/>
              </w:rPr>
              <w:t>Tratamiento de los datos necesarios para participar.</w:t>
            </w:r>
          </w:p>
        </w:tc>
        <w:tc>
          <w:tcPr>
            <w:tcW w:w="1900" w:type="dxa"/>
          </w:tcPr>
          <w:p w14:paraId="6FC82FE3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AUTORIZO</w:t>
            </w:r>
            <w:r w:rsidRPr="00AA454C">
              <w:rPr>
                <w:color w:val="auto"/>
                <w:sz w:val="18"/>
                <w:lang w:val="es-ES"/>
              </w:rPr>
              <w:br/>
            </w: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NO AUTORIZO</w:t>
            </w:r>
          </w:p>
        </w:tc>
        <w:tc>
          <w:tcPr>
            <w:tcW w:w="1927" w:type="dxa"/>
          </w:tcPr>
          <w:p w14:paraId="6DE2139E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ACEPTO</w:t>
            </w:r>
            <w:r w:rsidRPr="00AA454C">
              <w:rPr>
                <w:color w:val="auto"/>
                <w:sz w:val="18"/>
                <w:lang w:val="es-ES"/>
              </w:rPr>
              <w:br/>
            </w: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NO ACEPTO</w:t>
            </w:r>
          </w:p>
        </w:tc>
      </w:tr>
      <w:tr w:rsidR="00ED39EE" w:rsidRPr="00AA454C" w14:paraId="66A27CEF" w14:textId="77777777" w:rsidTr="00692053">
        <w:tc>
          <w:tcPr>
            <w:tcW w:w="4962" w:type="dxa"/>
            <w:vAlign w:val="center"/>
          </w:tcPr>
          <w:p w14:paraId="448FEAFC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8"/>
                <w:lang w:val="es-ES"/>
              </w:rPr>
              <w:t>Tratamiento de datos sensibles solo cuando sea indispensable.</w:t>
            </w:r>
          </w:p>
        </w:tc>
        <w:tc>
          <w:tcPr>
            <w:tcW w:w="1900" w:type="dxa"/>
          </w:tcPr>
          <w:p w14:paraId="6036A8C0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AUTORIZO</w:t>
            </w:r>
            <w:r w:rsidRPr="00AA454C">
              <w:rPr>
                <w:color w:val="auto"/>
                <w:sz w:val="18"/>
                <w:lang w:val="es-ES"/>
              </w:rPr>
              <w:br/>
            </w: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NO AUTORIZO</w:t>
            </w:r>
            <w:r w:rsidRPr="00AA454C">
              <w:rPr>
                <w:color w:val="auto"/>
                <w:sz w:val="18"/>
                <w:lang w:val="es-ES"/>
              </w:rPr>
              <w:br/>
            </w: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No aplica</w:t>
            </w:r>
          </w:p>
        </w:tc>
        <w:tc>
          <w:tcPr>
            <w:tcW w:w="1927" w:type="dxa"/>
          </w:tcPr>
          <w:p w14:paraId="2BF4BA79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ACEPTO</w:t>
            </w:r>
            <w:r w:rsidRPr="00AA454C">
              <w:rPr>
                <w:color w:val="auto"/>
                <w:sz w:val="18"/>
                <w:lang w:val="es-ES"/>
              </w:rPr>
              <w:br/>
            </w: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NO ACEPTO</w:t>
            </w:r>
            <w:r w:rsidRPr="00AA454C">
              <w:rPr>
                <w:color w:val="auto"/>
                <w:sz w:val="18"/>
                <w:lang w:val="es-ES"/>
              </w:rPr>
              <w:br/>
            </w: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No aplica</w:t>
            </w:r>
          </w:p>
        </w:tc>
      </w:tr>
      <w:tr w:rsidR="00ED39EE" w:rsidRPr="00AA454C" w14:paraId="3E39F339" w14:textId="77777777" w:rsidTr="00692053">
        <w:tc>
          <w:tcPr>
            <w:tcW w:w="4962" w:type="dxa"/>
            <w:vAlign w:val="center"/>
          </w:tcPr>
          <w:p w14:paraId="029FD9E2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8"/>
                <w:lang w:val="es-ES"/>
              </w:rPr>
              <w:t>Conocimos el aviso de privacidad y los canales de derechos.</w:t>
            </w:r>
          </w:p>
        </w:tc>
        <w:tc>
          <w:tcPr>
            <w:tcW w:w="1900" w:type="dxa"/>
          </w:tcPr>
          <w:p w14:paraId="49766CA5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SÍ</w:t>
            </w:r>
          </w:p>
        </w:tc>
        <w:tc>
          <w:tcPr>
            <w:tcW w:w="1927" w:type="dxa"/>
          </w:tcPr>
          <w:p w14:paraId="5F32E2F6" w14:textId="77777777" w:rsidR="00ED39EE" w:rsidRPr="00AA454C" w:rsidRDefault="00000000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rFonts w:ascii="Segoe UI Symbol" w:hAnsi="Segoe UI Symbol" w:cs="Segoe UI Symbol"/>
                <w:color w:val="auto"/>
                <w:sz w:val="18"/>
                <w:lang w:val="es-ES"/>
              </w:rPr>
              <w:t>☐</w:t>
            </w:r>
            <w:r w:rsidRPr="00AA454C">
              <w:rPr>
                <w:color w:val="auto"/>
                <w:sz w:val="18"/>
                <w:lang w:val="es-ES"/>
              </w:rPr>
              <w:t xml:space="preserve"> SÍ</w:t>
            </w:r>
          </w:p>
        </w:tc>
      </w:tr>
    </w:tbl>
    <w:p w14:paraId="1118BADA" w14:textId="77777777" w:rsidR="00ED39EE" w:rsidRPr="00AA454C" w:rsidRDefault="00000000" w:rsidP="00AA454C">
      <w:pPr>
        <w:keepNext/>
        <w:spacing w:before="160" w:after="100" w:line="240" w:lineRule="auto"/>
        <w:jc w:val="left"/>
        <w:rPr>
          <w:color w:val="auto"/>
          <w:lang w:val="es-ES"/>
        </w:rPr>
      </w:pPr>
      <w:r w:rsidRPr="00AA454C">
        <w:rPr>
          <w:b/>
          <w:color w:val="auto"/>
          <w:sz w:val="28"/>
          <w:lang w:val="es-ES"/>
        </w:rPr>
        <w:t>D. Propiedad intelectual y autorización de uso institucional</w:t>
      </w:r>
    </w:p>
    <w:p w14:paraId="7CC4F5B0" w14:textId="77777777" w:rsidR="00ED39EE" w:rsidRPr="00AA454C" w:rsidRDefault="00000000" w:rsidP="00AA454C">
      <w:pPr>
        <w:spacing w:after="80" w:line="240" w:lineRule="auto"/>
        <w:rPr>
          <w:color w:val="auto"/>
          <w:lang w:val="es-ES"/>
        </w:rPr>
      </w:pPr>
      <w:r w:rsidRPr="00AA454C">
        <w:rPr>
          <w:color w:val="auto"/>
          <w:sz w:val="20"/>
          <w:lang w:val="es-ES"/>
        </w:rPr>
        <w:t>La persona adolescente conserva la autoría de sus ideas, obras y contenidos. Sus derechos morales no se ceden. El representante declara que, según la información disponible, los aportes son propios o cuentan con permisos suficientes para incorporar materiales de terceros.</w:t>
      </w:r>
    </w:p>
    <w:p w14:paraId="1B19DCCE" w14:textId="4C7B96B3" w:rsidR="00ED39EE" w:rsidRPr="00AA454C" w:rsidRDefault="00000000" w:rsidP="00AA454C">
      <w:pPr>
        <w:spacing w:line="240" w:lineRule="auto"/>
        <w:rPr>
          <w:color w:val="auto"/>
          <w:lang w:val="es-ES"/>
        </w:rPr>
      </w:pPr>
      <w:r w:rsidRPr="00AA454C">
        <w:rPr>
          <w:color w:val="auto"/>
          <w:sz w:val="20"/>
          <w:lang w:val="es-ES"/>
        </w:rPr>
        <w:t>Con autorización del representante y asentimiento de la persona adolescente, se concede al Municipio de Rionegro una licencia no exclusiva, gratuita, sin finalidad comercial y sin límite territorial, durante diez (10) años, para reproducir, publicar, comunicar al público, poner a disposición y distribuir sus aportes solo con fines institucionales, educativos, de memoria y rendición de cuentas. Se permiten ajustes técnicos de formato, duración, subtitulación o accesibilidad que no cambien el sentido. La autoría se reconocerá de forma segura según la opción marcada.</w:t>
      </w:r>
    </w:p>
    <w:p w14:paraId="4A387984" w14:textId="77777777" w:rsidR="00ED39EE" w:rsidRPr="00AA454C" w:rsidRDefault="00000000" w:rsidP="00AA454C">
      <w:pPr>
        <w:keepNext/>
        <w:spacing w:before="160" w:after="100" w:line="240" w:lineRule="auto"/>
        <w:jc w:val="left"/>
        <w:rPr>
          <w:color w:val="auto"/>
          <w:lang w:val="es-ES"/>
        </w:rPr>
      </w:pPr>
      <w:r w:rsidRPr="00AA454C">
        <w:rPr>
          <w:b/>
          <w:color w:val="auto"/>
          <w:sz w:val="28"/>
          <w:lang w:val="es-ES"/>
        </w:rPr>
        <w:t>E. Uso opcional de imagen, voz y testimonio</w:t>
      </w:r>
    </w:p>
    <w:p w14:paraId="53C8280F" w14:textId="3C512D57" w:rsidR="00ED39EE" w:rsidRPr="00AA454C" w:rsidRDefault="00AA454C" w:rsidP="00AA454C">
      <w:pPr>
        <w:spacing w:line="240" w:lineRule="auto"/>
        <w:rPr>
          <w:color w:val="auto"/>
          <w:lang w:val="es-ES"/>
        </w:rPr>
      </w:pPr>
      <w:r w:rsidRPr="00F86D7C">
        <w:rPr>
          <w:noProof/>
          <w:color w:val="auto"/>
          <w:sz w:val="24"/>
          <w:lang w:val="es-ES"/>
        </w:rPr>
        <w:drawing>
          <wp:anchor distT="0" distB="0" distL="114300" distR="114300" simplePos="0" relativeHeight="251663360" behindDoc="0" locked="0" layoutInCell="1" allowOverlap="1" wp14:anchorId="166BBDD4" wp14:editId="3AA44F1B">
            <wp:simplePos x="0" y="0"/>
            <wp:positionH relativeFrom="margin">
              <wp:posOffset>-1142250</wp:posOffset>
            </wp:positionH>
            <wp:positionV relativeFrom="page">
              <wp:posOffset>8987509</wp:posOffset>
            </wp:positionV>
            <wp:extent cx="7844790" cy="1038225"/>
            <wp:effectExtent l="0" t="0" r="3810" b="3175"/>
            <wp:wrapNone/>
            <wp:docPr id="209074635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43298" name="Imagen 187364329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79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54C">
        <w:rPr>
          <w:color w:val="auto"/>
          <w:sz w:val="20"/>
          <w:lang w:val="es-ES"/>
        </w:rPr>
        <w:t>Estas autorizaciones son independientes de la participación. Si ambas partes las conceden, permiten registrar y usar fotografía, video, voz o testimonio de actividades del Banco, de manera no exclusiva, gratuita, sin explotación comercial y sin límite territorial, por diez (10) años, en piezas institucionales, educativas, redes oficiales, memoria y rendición de cuentas. No se asociarán datos que permitan identificar residencia, teléfono, documento, institución educativa o ubicación habitual.</w:t>
      </w:r>
    </w:p>
    <w:p w14:paraId="40B5BC6A" w14:textId="77777777" w:rsidR="00ED39EE" w:rsidRPr="00AA454C" w:rsidRDefault="00000000" w:rsidP="00AA454C">
      <w:pPr>
        <w:keepNext/>
        <w:spacing w:before="160" w:after="100" w:line="240" w:lineRule="auto"/>
        <w:jc w:val="left"/>
        <w:rPr>
          <w:color w:val="auto"/>
          <w:lang w:val="es-ES"/>
        </w:rPr>
      </w:pPr>
      <w:r w:rsidRPr="00AA454C">
        <w:rPr>
          <w:b/>
          <w:color w:val="auto"/>
          <w:sz w:val="28"/>
          <w:lang w:val="es-ES"/>
        </w:rPr>
        <w:t>F. Asentimiento, confirmación y firmas</w:t>
      </w:r>
    </w:p>
    <w:p w14:paraId="1709F6BE" w14:textId="77777777" w:rsidR="00ED39EE" w:rsidRPr="00AA454C" w:rsidRDefault="00000000" w:rsidP="00AA454C">
      <w:pPr>
        <w:spacing w:after="80" w:line="240" w:lineRule="auto"/>
        <w:rPr>
          <w:color w:val="auto"/>
          <w:sz w:val="20"/>
          <w:szCs w:val="22"/>
          <w:lang w:val="es-ES"/>
        </w:rPr>
      </w:pPr>
      <w:r w:rsidRPr="00AA454C">
        <w:rPr>
          <w:b/>
          <w:color w:val="auto"/>
          <w:sz w:val="20"/>
          <w:szCs w:val="22"/>
          <w:lang w:val="es-ES"/>
        </w:rPr>
        <w:t xml:space="preserve">Persona adolescente: </w:t>
      </w:r>
      <w:r w:rsidRPr="00AA454C">
        <w:rPr>
          <w:color w:val="auto"/>
          <w:sz w:val="20"/>
          <w:szCs w:val="22"/>
          <w:lang w:val="es-ES"/>
        </w:rPr>
        <w:t>confirmo que me explicaron este formato con palabras comprensibles, pude hacer preguntas y mis decisiones fueron respetadas. Sé que puedo solicitar que no se hagan nuevos usos de mi imagen, voz o contenido por los canales institucionales.</w:t>
      </w:r>
    </w:p>
    <w:p w14:paraId="22EC16A9" w14:textId="33CA75C5" w:rsidR="00AA454C" w:rsidRPr="00AA454C" w:rsidRDefault="00000000" w:rsidP="00AA454C">
      <w:pPr>
        <w:spacing w:after="160" w:line="240" w:lineRule="auto"/>
        <w:rPr>
          <w:color w:val="auto"/>
          <w:sz w:val="20"/>
          <w:szCs w:val="22"/>
          <w:lang w:val="es-ES"/>
        </w:rPr>
      </w:pPr>
      <w:r w:rsidRPr="00AA454C">
        <w:rPr>
          <w:b/>
          <w:color w:val="auto"/>
          <w:sz w:val="20"/>
          <w:szCs w:val="22"/>
          <w:lang w:val="es-ES"/>
        </w:rPr>
        <w:t xml:space="preserve">Representante legal: </w:t>
      </w:r>
      <w:r w:rsidRPr="00AA454C">
        <w:rPr>
          <w:color w:val="auto"/>
          <w:sz w:val="20"/>
          <w:szCs w:val="22"/>
          <w:lang w:val="es-ES"/>
        </w:rPr>
        <w:t>declaro que actúo en protección del interés superior de la persona adolescente, que la escuché antes de decidir y que la información suministrada es veraz. Comprendo que la firma no es una renuncia de derechos ni una exoneración de responsabilidad.</w:t>
      </w:r>
    </w:p>
    <w:tbl>
      <w:tblPr>
        <w:tblStyle w:val="Tablaconcuadrcula"/>
        <w:tblW w:w="9039" w:type="dxa"/>
        <w:tblLayout w:type="fixed"/>
        <w:tblLook w:val="04A0" w:firstRow="1" w:lastRow="0" w:firstColumn="1" w:lastColumn="0" w:noHBand="0" w:noVBand="1"/>
      </w:tblPr>
      <w:tblGrid>
        <w:gridCol w:w="1526"/>
        <w:gridCol w:w="3402"/>
        <w:gridCol w:w="4111"/>
      </w:tblGrid>
      <w:tr w:rsidR="00AA454C" w:rsidRPr="00AA454C" w14:paraId="72DB3AA4" w14:textId="77777777" w:rsidTr="00724C2D">
        <w:trPr>
          <w:trHeight w:val="216"/>
        </w:trPr>
        <w:tc>
          <w:tcPr>
            <w:tcW w:w="1526" w:type="dxa"/>
          </w:tcPr>
          <w:p w14:paraId="4574F5E4" w14:textId="6E47B031" w:rsidR="00AA454C" w:rsidRPr="00AA454C" w:rsidRDefault="00AA454C" w:rsidP="00AA454C">
            <w:pPr>
              <w:spacing w:after="0"/>
              <w:jc w:val="left"/>
              <w:rPr>
                <w:b/>
                <w:color w:val="auto"/>
                <w:sz w:val="19"/>
                <w:lang w:val="es-ES"/>
              </w:rPr>
            </w:pPr>
            <w:r>
              <w:rPr>
                <w:b/>
                <w:color w:val="auto"/>
                <w:sz w:val="19"/>
                <w:lang w:val="es-ES"/>
              </w:rPr>
              <w:t>Persona</w:t>
            </w:r>
          </w:p>
        </w:tc>
        <w:tc>
          <w:tcPr>
            <w:tcW w:w="3402" w:type="dxa"/>
          </w:tcPr>
          <w:p w14:paraId="11A29B73" w14:textId="2B99C706" w:rsidR="00AA454C" w:rsidRPr="00AA454C" w:rsidRDefault="00AA454C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b/>
                <w:color w:val="auto"/>
                <w:sz w:val="19"/>
                <w:lang w:val="es-ES"/>
              </w:rPr>
              <w:t>Firma</w:t>
            </w:r>
          </w:p>
        </w:tc>
        <w:tc>
          <w:tcPr>
            <w:tcW w:w="4111" w:type="dxa"/>
          </w:tcPr>
          <w:p w14:paraId="26324DB1" w14:textId="77777777" w:rsidR="00AA454C" w:rsidRPr="00AA454C" w:rsidRDefault="00AA454C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b/>
                <w:color w:val="auto"/>
                <w:sz w:val="19"/>
                <w:lang w:val="es-ES"/>
              </w:rPr>
              <w:t>Identificación</w:t>
            </w:r>
          </w:p>
        </w:tc>
      </w:tr>
      <w:tr w:rsidR="00AA454C" w:rsidRPr="00AA454C" w14:paraId="5C7576A6" w14:textId="77777777" w:rsidTr="00724C2D">
        <w:trPr>
          <w:trHeight w:val="433"/>
        </w:trPr>
        <w:tc>
          <w:tcPr>
            <w:tcW w:w="1526" w:type="dxa"/>
          </w:tcPr>
          <w:p w14:paraId="20073FA3" w14:textId="0BA24DEA" w:rsidR="00AA454C" w:rsidRPr="00AA454C" w:rsidRDefault="00AA454C" w:rsidP="00AA454C">
            <w:pPr>
              <w:spacing w:after="0"/>
              <w:jc w:val="left"/>
              <w:rPr>
                <w:color w:val="auto"/>
                <w:sz w:val="19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Persona adolescente</w:t>
            </w:r>
          </w:p>
        </w:tc>
        <w:tc>
          <w:tcPr>
            <w:tcW w:w="3402" w:type="dxa"/>
          </w:tcPr>
          <w:p w14:paraId="02EF0918" w14:textId="77777777" w:rsidR="00AA454C" w:rsidRDefault="00AA454C" w:rsidP="00AA454C">
            <w:pPr>
              <w:spacing w:after="0"/>
              <w:jc w:val="left"/>
              <w:rPr>
                <w:color w:val="auto"/>
                <w:sz w:val="19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 xml:space="preserve"> </w:t>
            </w:r>
          </w:p>
          <w:p w14:paraId="5F65A062" w14:textId="3309F4F6" w:rsidR="00AA454C" w:rsidRPr="00AA454C" w:rsidRDefault="00AA454C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  <w:tc>
          <w:tcPr>
            <w:tcW w:w="4111" w:type="dxa"/>
          </w:tcPr>
          <w:p w14:paraId="58C6C4B7" w14:textId="76F72CE6" w:rsidR="00AA454C" w:rsidRPr="00AA454C" w:rsidRDefault="00AA454C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Nombre: _____________________________</w:t>
            </w:r>
            <w:r w:rsidRPr="00AA454C">
              <w:rPr>
                <w:color w:val="auto"/>
                <w:sz w:val="19"/>
                <w:lang w:val="es-ES"/>
              </w:rPr>
              <w:br/>
              <w:t>Documento: __________________________</w:t>
            </w:r>
          </w:p>
        </w:tc>
      </w:tr>
      <w:tr w:rsidR="00AA454C" w:rsidRPr="00AA454C" w14:paraId="74035543" w14:textId="77777777" w:rsidTr="00724C2D">
        <w:trPr>
          <w:trHeight w:val="779"/>
        </w:trPr>
        <w:tc>
          <w:tcPr>
            <w:tcW w:w="1526" w:type="dxa"/>
          </w:tcPr>
          <w:p w14:paraId="7A4412B8" w14:textId="64892344" w:rsidR="00AA454C" w:rsidRPr="00AA454C" w:rsidRDefault="00AA454C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lastRenderedPageBreak/>
              <w:t>Representante legal</w:t>
            </w:r>
          </w:p>
        </w:tc>
        <w:tc>
          <w:tcPr>
            <w:tcW w:w="3402" w:type="dxa"/>
          </w:tcPr>
          <w:p w14:paraId="215593CD" w14:textId="3ACBFC7E" w:rsidR="00AA454C" w:rsidRPr="00AA454C" w:rsidRDefault="00AA454C" w:rsidP="00AA454C">
            <w:pPr>
              <w:spacing w:after="0"/>
              <w:jc w:val="left"/>
              <w:rPr>
                <w:color w:val="auto"/>
                <w:lang w:val="es-ES"/>
              </w:rPr>
            </w:pPr>
          </w:p>
        </w:tc>
        <w:tc>
          <w:tcPr>
            <w:tcW w:w="4111" w:type="dxa"/>
          </w:tcPr>
          <w:p w14:paraId="6B13DC9D" w14:textId="2A9D0302" w:rsidR="00AA454C" w:rsidRPr="00AA454C" w:rsidRDefault="00AA454C" w:rsidP="00AA454C">
            <w:pPr>
              <w:spacing w:after="0"/>
              <w:jc w:val="left"/>
              <w:rPr>
                <w:color w:val="auto"/>
                <w:lang w:val="es-ES"/>
              </w:rPr>
            </w:pPr>
            <w:r w:rsidRPr="00AA454C">
              <w:rPr>
                <w:color w:val="auto"/>
                <w:sz w:val="19"/>
                <w:lang w:val="es-ES"/>
              </w:rPr>
              <w:t>Nombre: _____________________________</w:t>
            </w:r>
            <w:r w:rsidRPr="00AA454C">
              <w:rPr>
                <w:color w:val="auto"/>
                <w:sz w:val="19"/>
                <w:lang w:val="es-ES"/>
              </w:rPr>
              <w:br/>
              <w:t>Documento: __________________________</w:t>
            </w:r>
            <w:r w:rsidRPr="00AA454C">
              <w:rPr>
                <w:color w:val="auto"/>
                <w:sz w:val="19"/>
                <w:lang w:val="es-ES"/>
              </w:rPr>
              <w:br/>
              <w:t>Relación: ____________________________</w:t>
            </w:r>
          </w:p>
        </w:tc>
      </w:tr>
    </w:tbl>
    <w:p w14:paraId="4D45463B" w14:textId="390BDB7B" w:rsidR="00ED39EE" w:rsidRDefault="00720856" w:rsidP="00AA454C">
      <w:pPr>
        <w:spacing w:after="0" w:line="240" w:lineRule="auto"/>
        <w:jc w:val="left"/>
        <w:rPr>
          <w:color w:val="auto"/>
          <w:lang w:val="es-ES"/>
        </w:rPr>
      </w:pPr>
      <w:r w:rsidRPr="00F86D7C">
        <w:rPr>
          <w:noProof/>
          <w:color w:val="auto"/>
          <w:sz w:val="24"/>
          <w:lang w:val="es-ES"/>
        </w:rPr>
        <w:drawing>
          <wp:anchor distT="0" distB="0" distL="114300" distR="114300" simplePos="0" relativeHeight="251667456" behindDoc="0" locked="0" layoutInCell="1" allowOverlap="1" wp14:anchorId="6AC12474" wp14:editId="1DE3BB06">
            <wp:simplePos x="0" y="0"/>
            <wp:positionH relativeFrom="margin">
              <wp:posOffset>-1148715</wp:posOffset>
            </wp:positionH>
            <wp:positionV relativeFrom="page">
              <wp:posOffset>8983980</wp:posOffset>
            </wp:positionV>
            <wp:extent cx="7844790" cy="1038225"/>
            <wp:effectExtent l="0" t="0" r="3810" b="3175"/>
            <wp:wrapNone/>
            <wp:docPr id="138351629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643298" name="Imagen 187364329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79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454C">
        <w:rPr>
          <w:noProof/>
          <w:color w:val="auto"/>
          <w:sz w:val="20"/>
          <w:szCs w:val="22"/>
          <w:lang w:val="es-ES"/>
        </w:rPr>
        <w:drawing>
          <wp:anchor distT="0" distB="0" distL="114300" distR="114300" simplePos="0" relativeHeight="251668480" behindDoc="0" locked="0" layoutInCell="1" allowOverlap="1" wp14:anchorId="3A4DFDA5" wp14:editId="2BBD72A4">
            <wp:simplePos x="0" y="0"/>
            <wp:positionH relativeFrom="page">
              <wp:posOffset>-969</wp:posOffset>
            </wp:positionH>
            <wp:positionV relativeFrom="page">
              <wp:posOffset>-3071</wp:posOffset>
            </wp:positionV>
            <wp:extent cx="7840345" cy="1267460"/>
            <wp:effectExtent l="0" t="0" r="0" b="2540"/>
            <wp:wrapNone/>
            <wp:docPr id="142052077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70046" name="Imagen 1095770046"/>
                    <pic:cNvPicPr/>
                  </pic:nvPicPr>
                  <pic:blipFill rotWithShape="1">
                    <a:blip r:embed="rId8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4" b="4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45" cy="1267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58EA54" w14:textId="77777777" w:rsidR="00720856" w:rsidRPr="00720856" w:rsidRDefault="00720856" w:rsidP="00720856">
      <w:pPr>
        <w:rPr>
          <w:lang w:val="es-ES"/>
        </w:rPr>
      </w:pPr>
    </w:p>
    <w:p w14:paraId="35E18A2D" w14:textId="77777777" w:rsidR="00720856" w:rsidRPr="00720856" w:rsidRDefault="00720856" w:rsidP="00720856">
      <w:pPr>
        <w:rPr>
          <w:lang w:val="es-ES"/>
        </w:rPr>
      </w:pPr>
    </w:p>
    <w:p w14:paraId="1ECE0B3A" w14:textId="77777777" w:rsidR="00720856" w:rsidRPr="00720856" w:rsidRDefault="00720856" w:rsidP="00720856">
      <w:pPr>
        <w:rPr>
          <w:lang w:val="es-ES"/>
        </w:rPr>
      </w:pPr>
    </w:p>
    <w:p w14:paraId="23B2CBDE" w14:textId="77777777" w:rsidR="00720856" w:rsidRPr="00720856" w:rsidRDefault="00720856" w:rsidP="00720856">
      <w:pPr>
        <w:rPr>
          <w:lang w:val="es-ES"/>
        </w:rPr>
      </w:pPr>
    </w:p>
    <w:p w14:paraId="4BBAE271" w14:textId="77777777" w:rsidR="00720856" w:rsidRPr="00720856" w:rsidRDefault="00720856" w:rsidP="00720856">
      <w:pPr>
        <w:rPr>
          <w:lang w:val="es-ES"/>
        </w:rPr>
      </w:pPr>
    </w:p>
    <w:p w14:paraId="6C51C17E" w14:textId="77777777" w:rsidR="00720856" w:rsidRPr="00720856" w:rsidRDefault="00720856" w:rsidP="00720856">
      <w:pPr>
        <w:rPr>
          <w:lang w:val="es-ES"/>
        </w:rPr>
      </w:pPr>
    </w:p>
    <w:p w14:paraId="12CA28D2" w14:textId="77777777" w:rsidR="00720856" w:rsidRPr="00720856" w:rsidRDefault="00720856" w:rsidP="00720856">
      <w:pPr>
        <w:rPr>
          <w:lang w:val="es-ES"/>
        </w:rPr>
      </w:pPr>
    </w:p>
    <w:p w14:paraId="635A3B09" w14:textId="77777777" w:rsidR="00720856" w:rsidRPr="00720856" w:rsidRDefault="00720856" w:rsidP="00720856">
      <w:pPr>
        <w:rPr>
          <w:lang w:val="es-ES"/>
        </w:rPr>
      </w:pPr>
    </w:p>
    <w:p w14:paraId="2F669B84" w14:textId="77777777" w:rsidR="00720856" w:rsidRPr="00720856" w:rsidRDefault="00720856" w:rsidP="00720856">
      <w:pPr>
        <w:rPr>
          <w:lang w:val="es-ES"/>
        </w:rPr>
      </w:pPr>
    </w:p>
    <w:p w14:paraId="6B3AE9CB" w14:textId="77777777" w:rsidR="00720856" w:rsidRPr="00720856" w:rsidRDefault="00720856" w:rsidP="00720856">
      <w:pPr>
        <w:rPr>
          <w:lang w:val="es-ES"/>
        </w:rPr>
      </w:pPr>
    </w:p>
    <w:p w14:paraId="72024D51" w14:textId="77777777" w:rsidR="00720856" w:rsidRPr="00720856" w:rsidRDefault="00720856" w:rsidP="00720856">
      <w:pPr>
        <w:rPr>
          <w:lang w:val="es-ES"/>
        </w:rPr>
      </w:pPr>
    </w:p>
    <w:p w14:paraId="53C7B035" w14:textId="77777777" w:rsidR="00720856" w:rsidRPr="00720856" w:rsidRDefault="00720856" w:rsidP="00720856">
      <w:pPr>
        <w:rPr>
          <w:lang w:val="es-ES"/>
        </w:rPr>
      </w:pPr>
    </w:p>
    <w:p w14:paraId="0FB25447" w14:textId="77777777" w:rsidR="00720856" w:rsidRPr="00720856" w:rsidRDefault="00720856" w:rsidP="00720856">
      <w:pPr>
        <w:rPr>
          <w:lang w:val="es-ES"/>
        </w:rPr>
      </w:pPr>
    </w:p>
    <w:p w14:paraId="116C8D44" w14:textId="77777777" w:rsidR="00720856" w:rsidRPr="00720856" w:rsidRDefault="00720856" w:rsidP="00720856">
      <w:pPr>
        <w:rPr>
          <w:lang w:val="es-ES"/>
        </w:rPr>
      </w:pPr>
    </w:p>
    <w:p w14:paraId="5F36CC5F" w14:textId="77777777" w:rsidR="00720856" w:rsidRPr="00720856" w:rsidRDefault="00720856" w:rsidP="00720856">
      <w:pPr>
        <w:rPr>
          <w:lang w:val="es-ES"/>
        </w:rPr>
      </w:pPr>
    </w:p>
    <w:p w14:paraId="64F9CB4E" w14:textId="77777777" w:rsidR="00720856" w:rsidRPr="00720856" w:rsidRDefault="00720856" w:rsidP="00720856">
      <w:pPr>
        <w:rPr>
          <w:lang w:val="es-ES"/>
        </w:rPr>
      </w:pPr>
    </w:p>
    <w:p w14:paraId="40452BD6" w14:textId="77777777" w:rsidR="00720856" w:rsidRPr="00720856" w:rsidRDefault="00720856" w:rsidP="00720856">
      <w:pPr>
        <w:rPr>
          <w:lang w:val="es-ES"/>
        </w:rPr>
      </w:pPr>
    </w:p>
    <w:p w14:paraId="43780FE0" w14:textId="77777777" w:rsidR="00720856" w:rsidRPr="00720856" w:rsidRDefault="00720856" w:rsidP="00720856">
      <w:pPr>
        <w:rPr>
          <w:lang w:val="es-ES"/>
        </w:rPr>
      </w:pPr>
    </w:p>
    <w:p w14:paraId="2CD44E06" w14:textId="77777777" w:rsidR="00720856" w:rsidRPr="00720856" w:rsidRDefault="00720856" w:rsidP="00720856">
      <w:pPr>
        <w:rPr>
          <w:lang w:val="es-ES"/>
        </w:rPr>
      </w:pPr>
    </w:p>
    <w:p w14:paraId="19D3E683" w14:textId="77777777" w:rsidR="00720856" w:rsidRPr="00720856" w:rsidRDefault="00720856" w:rsidP="00720856">
      <w:pPr>
        <w:rPr>
          <w:lang w:val="es-ES"/>
        </w:rPr>
      </w:pPr>
    </w:p>
    <w:p w14:paraId="153ACD9C" w14:textId="77777777" w:rsidR="00720856" w:rsidRDefault="00720856" w:rsidP="00720856">
      <w:pPr>
        <w:rPr>
          <w:color w:val="auto"/>
          <w:lang w:val="es-ES"/>
        </w:rPr>
      </w:pPr>
    </w:p>
    <w:p w14:paraId="59817E49" w14:textId="77777777" w:rsidR="00720856" w:rsidRDefault="00720856" w:rsidP="00720856">
      <w:pPr>
        <w:rPr>
          <w:color w:val="auto"/>
          <w:lang w:val="es-ES"/>
        </w:rPr>
      </w:pPr>
    </w:p>
    <w:p w14:paraId="60414A80" w14:textId="43D40D8E" w:rsidR="00720856" w:rsidRPr="00720856" w:rsidRDefault="00720856" w:rsidP="00720856">
      <w:pPr>
        <w:tabs>
          <w:tab w:val="left" w:pos="3565"/>
        </w:tabs>
        <w:rPr>
          <w:lang w:val="es-ES"/>
        </w:rPr>
      </w:pPr>
      <w:r>
        <w:rPr>
          <w:lang w:val="es-ES"/>
        </w:rPr>
        <w:tab/>
      </w:r>
    </w:p>
    <w:sectPr w:rsidR="00720856" w:rsidRPr="00720856">
      <w:pgSz w:w="12240" w:h="15840"/>
      <w:pgMar w:top="2268" w:right="1701" w:bottom="1701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044101" w14:textId="77777777" w:rsidR="000D0C2A" w:rsidRDefault="000D0C2A">
      <w:pPr>
        <w:spacing w:after="0" w:line="240" w:lineRule="auto"/>
      </w:pPr>
      <w:r>
        <w:separator/>
      </w:r>
    </w:p>
  </w:endnote>
  <w:endnote w:type="continuationSeparator" w:id="0">
    <w:p w14:paraId="330000AA" w14:textId="77777777" w:rsidR="000D0C2A" w:rsidRDefault="000D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B84BCC" w14:textId="77777777" w:rsidR="000D0C2A" w:rsidRDefault="000D0C2A">
      <w:pPr>
        <w:spacing w:after="0" w:line="240" w:lineRule="auto"/>
      </w:pPr>
      <w:r>
        <w:separator/>
      </w:r>
    </w:p>
  </w:footnote>
  <w:footnote w:type="continuationSeparator" w:id="0">
    <w:p w14:paraId="3C83AE1E" w14:textId="77777777" w:rsidR="000D0C2A" w:rsidRDefault="000D0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</w:abstractNum>
  <w:abstractNum w:abstractNumId="9" w15:restartNumberingAfterBreak="0">
    <w:nsid w:val="00000009"/>
    <w:multiLevelType w:val="hybridMultilevel"/>
    <w:tmpl w:val="4DF40C28"/>
    <w:lvl w:ilvl="0" w:tplc="E0ACD77C">
      <w:start w:val="1"/>
      <w:numFmt w:val="bullet"/>
      <w:lvlText w:val="•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1A23B7E">
      <w:start w:val="1"/>
      <w:numFmt w:val="bullet"/>
      <w:lvlText w:val="•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AFF00B2A">
      <w:start w:val="1"/>
      <w:numFmt w:val="bullet"/>
      <w:lvlText w:val="•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9164559C">
      <w:numFmt w:val="decimal"/>
      <w:lvlText w:val=""/>
      <w:lvlJc w:val="left"/>
    </w:lvl>
    <w:lvl w:ilvl="4" w:tplc="D0B8CA8A">
      <w:numFmt w:val="decimal"/>
      <w:lvlText w:val=""/>
      <w:lvlJc w:val="left"/>
    </w:lvl>
    <w:lvl w:ilvl="5" w:tplc="A4445CAA">
      <w:numFmt w:val="decimal"/>
      <w:lvlText w:val=""/>
      <w:lvlJc w:val="left"/>
    </w:lvl>
    <w:lvl w:ilvl="6" w:tplc="521451E6">
      <w:numFmt w:val="decimal"/>
      <w:lvlText w:val=""/>
      <w:lvlJc w:val="left"/>
    </w:lvl>
    <w:lvl w:ilvl="7" w:tplc="3F00497C">
      <w:numFmt w:val="decimal"/>
      <w:lvlText w:val=""/>
      <w:lvlJc w:val="left"/>
    </w:lvl>
    <w:lvl w:ilvl="8" w:tplc="A22CDC24">
      <w:numFmt w:val="decimal"/>
      <w:lvlText w:val=""/>
      <w:lvlJc w:val="left"/>
    </w:lvl>
  </w:abstractNum>
  <w:abstractNum w:abstractNumId="10" w15:restartNumberingAfterBreak="0">
    <w:nsid w:val="0000000A"/>
    <w:multiLevelType w:val="hybridMultilevel"/>
    <w:tmpl w:val="8F5A0FEE"/>
    <w:lvl w:ilvl="0" w:tplc="58F885D4">
      <w:start w:val="1"/>
      <w:numFmt w:val="decimal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780A7AB2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8F589078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D262B718">
      <w:numFmt w:val="decimal"/>
      <w:lvlText w:val=""/>
      <w:lvlJc w:val="left"/>
    </w:lvl>
    <w:lvl w:ilvl="4" w:tplc="9F2A8CCA">
      <w:numFmt w:val="decimal"/>
      <w:lvlText w:val=""/>
      <w:lvlJc w:val="left"/>
    </w:lvl>
    <w:lvl w:ilvl="5" w:tplc="84682B42">
      <w:numFmt w:val="decimal"/>
      <w:lvlText w:val=""/>
      <w:lvlJc w:val="left"/>
    </w:lvl>
    <w:lvl w:ilvl="6" w:tplc="FA3A1E42">
      <w:numFmt w:val="decimal"/>
      <w:lvlText w:val=""/>
      <w:lvlJc w:val="left"/>
    </w:lvl>
    <w:lvl w:ilvl="7" w:tplc="0ABC3BA2">
      <w:numFmt w:val="decimal"/>
      <w:lvlText w:val=""/>
      <w:lvlJc w:val="left"/>
    </w:lvl>
    <w:lvl w:ilvl="8" w:tplc="1AF47D4C">
      <w:numFmt w:val="decimal"/>
      <w:lvlText w:val=""/>
      <w:lvlJc w:val="left"/>
    </w:lvl>
  </w:abstractNum>
  <w:abstractNum w:abstractNumId="11" w15:restartNumberingAfterBreak="0">
    <w:nsid w:val="0000000B"/>
    <w:multiLevelType w:val="hybridMultilevel"/>
    <w:tmpl w:val="373666F4"/>
    <w:lvl w:ilvl="0" w:tplc="FBBE6EA0">
      <w:start w:val="1"/>
      <w:numFmt w:val="bullet"/>
      <w:lvlText w:val="☐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1D857B0">
      <w:start w:val="1"/>
      <w:numFmt w:val="bullet"/>
      <w:lvlText w:val="☐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53149BB6">
      <w:start w:val="1"/>
      <w:numFmt w:val="bullet"/>
      <w:lvlText w:val="☐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06C6255E">
      <w:numFmt w:val="decimal"/>
      <w:lvlText w:val=""/>
      <w:lvlJc w:val="left"/>
    </w:lvl>
    <w:lvl w:ilvl="4" w:tplc="D9AC3D64">
      <w:numFmt w:val="decimal"/>
      <w:lvlText w:val=""/>
      <w:lvlJc w:val="left"/>
    </w:lvl>
    <w:lvl w:ilvl="5" w:tplc="6FE4020A">
      <w:numFmt w:val="decimal"/>
      <w:lvlText w:val=""/>
      <w:lvlJc w:val="left"/>
    </w:lvl>
    <w:lvl w:ilvl="6" w:tplc="9418D94C">
      <w:numFmt w:val="decimal"/>
      <w:lvlText w:val=""/>
      <w:lvlJc w:val="left"/>
    </w:lvl>
    <w:lvl w:ilvl="7" w:tplc="BB0E9374">
      <w:numFmt w:val="decimal"/>
      <w:lvlText w:val=""/>
      <w:lvlJc w:val="left"/>
    </w:lvl>
    <w:lvl w:ilvl="8" w:tplc="309C2C52">
      <w:numFmt w:val="decimal"/>
      <w:lvlText w:val=""/>
      <w:lvlJc w:val="left"/>
    </w:lvl>
  </w:abstractNum>
  <w:abstractNum w:abstractNumId="12" w15:restartNumberingAfterBreak="0">
    <w:nsid w:val="0000000C"/>
    <w:multiLevelType w:val="hybridMultilevel"/>
    <w:tmpl w:val="71F89E6C"/>
    <w:lvl w:ilvl="0" w:tplc="0D7CC786">
      <w:start w:val="1"/>
      <w:numFmt w:val="decimal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E02EC41E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30C2F0F2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0FE291F2">
      <w:numFmt w:val="decimal"/>
      <w:lvlText w:val=""/>
      <w:lvlJc w:val="left"/>
    </w:lvl>
    <w:lvl w:ilvl="4" w:tplc="7CD2026E">
      <w:numFmt w:val="decimal"/>
      <w:lvlText w:val=""/>
      <w:lvlJc w:val="left"/>
    </w:lvl>
    <w:lvl w:ilvl="5" w:tplc="933E1404">
      <w:numFmt w:val="decimal"/>
      <w:lvlText w:val=""/>
      <w:lvlJc w:val="left"/>
    </w:lvl>
    <w:lvl w:ilvl="6" w:tplc="43544840">
      <w:numFmt w:val="decimal"/>
      <w:lvlText w:val=""/>
      <w:lvlJc w:val="left"/>
    </w:lvl>
    <w:lvl w:ilvl="7" w:tplc="34D2E828">
      <w:numFmt w:val="decimal"/>
      <w:lvlText w:val=""/>
      <w:lvlJc w:val="left"/>
    </w:lvl>
    <w:lvl w:ilvl="8" w:tplc="C552541A">
      <w:numFmt w:val="decimal"/>
      <w:lvlText w:val=""/>
      <w:lvlJc w:val="left"/>
    </w:lvl>
  </w:abstractNum>
  <w:abstractNum w:abstractNumId="13" w15:restartNumberingAfterBreak="0">
    <w:nsid w:val="0000000D"/>
    <w:multiLevelType w:val="hybridMultilevel"/>
    <w:tmpl w:val="351E205C"/>
    <w:lvl w:ilvl="0" w:tplc="C28AA94C">
      <w:start w:val="1"/>
      <w:numFmt w:val="decimal"/>
      <w:pStyle w:val="Listaconvietas"/>
      <w:suff w:val="space"/>
      <w:lvlText w:val="%1."/>
      <w:lvlJc w:val="left"/>
      <w:pPr>
        <w:tabs>
          <w:tab w:val="num" w:pos="540"/>
        </w:tabs>
        <w:ind w:left="540" w:hanging="280"/>
      </w:pPr>
      <w:rPr>
        <w:rFonts w:ascii="Arial" w:eastAsia="Arial" w:hAnsi="Arial" w:cs="Arial"/>
      </w:rPr>
    </w:lvl>
    <w:lvl w:ilvl="1" w:tplc="5608D016">
      <w:start w:val="1"/>
      <w:numFmt w:val="decimal"/>
      <w:suff w:val="space"/>
      <w:lvlText w:val="%2."/>
      <w:lvlJc w:val="left"/>
      <w:pPr>
        <w:tabs>
          <w:tab w:val="num" w:pos="900"/>
        </w:tabs>
        <w:ind w:left="900" w:hanging="280"/>
      </w:pPr>
      <w:rPr>
        <w:rFonts w:ascii="Arial" w:eastAsia="Arial" w:hAnsi="Arial" w:cs="Arial"/>
      </w:rPr>
    </w:lvl>
    <w:lvl w:ilvl="2" w:tplc="6790549E">
      <w:start w:val="1"/>
      <w:numFmt w:val="decimal"/>
      <w:suff w:val="space"/>
      <w:lvlText w:val="%3."/>
      <w:lvlJc w:val="left"/>
      <w:pPr>
        <w:tabs>
          <w:tab w:val="num" w:pos="1260"/>
        </w:tabs>
        <w:ind w:left="1260" w:hanging="280"/>
      </w:pPr>
      <w:rPr>
        <w:rFonts w:ascii="Arial" w:eastAsia="Arial" w:hAnsi="Arial" w:cs="Arial"/>
      </w:rPr>
    </w:lvl>
    <w:lvl w:ilvl="3" w:tplc="BF8001C0">
      <w:numFmt w:val="decimal"/>
      <w:lvlText w:val=""/>
      <w:lvlJc w:val="left"/>
    </w:lvl>
    <w:lvl w:ilvl="4" w:tplc="5E1CADD4">
      <w:numFmt w:val="decimal"/>
      <w:lvlText w:val=""/>
      <w:lvlJc w:val="left"/>
    </w:lvl>
    <w:lvl w:ilvl="5" w:tplc="420EA09C">
      <w:numFmt w:val="decimal"/>
      <w:lvlText w:val=""/>
      <w:lvlJc w:val="left"/>
    </w:lvl>
    <w:lvl w:ilvl="6" w:tplc="E6EEC628">
      <w:numFmt w:val="decimal"/>
      <w:lvlText w:val=""/>
      <w:lvlJc w:val="left"/>
    </w:lvl>
    <w:lvl w:ilvl="7" w:tplc="A784F6DE">
      <w:numFmt w:val="decimal"/>
      <w:lvlText w:val=""/>
      <w:lvlJc w:val="left"/>
    </w:lvl>
    <w:lvl w:ilvl="8" w:tplc="3196D024">
      <w:numFmt w:val="decimal"/>
      <w:lvlText w:val=""/>
      <w:lvlJc w:val="left"/>
    </w:lvl>
  </w:abstractNum>
  <w:abstractNum w:abstractNumId="14" w15:restartNumberingAfterBreak="0">
    <w:nsid w:val="14B63D90"/>
    <w:multiLevelType w:val="hybridMultilevel"/>
    <w:tmpl w:val="037C27F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C1A5566"/>
    <w:multiLevelType w:val="hybridMultilevel"/>
    <w:tmpl w:val="FA3A14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D062B"/>
    <w:multiLevelType w:val="hybridMultilevel"/>
    <w:tmpl w:val="C16855B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8F7C70"/>
    <w:multiLevelType w:val="hybridMultilevel"/>
    <w:tmpl w:val="6890C3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E22D9"/>
    <w:multiLevelType w:val="hybridMultilevel"/>
    <w:tmpl w:val="1CC4ED50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2163FB"/>
    <w:multiLevelType w:val="hybridMultilevel"/>
    <w:tmpl w:val="CFDEF5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034B9"/>
    <w:multiLevelType w:val="hybridMultilevel"/>
    <w:tmpl w:val="CD143392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6A4BF6"/>
    <w:multiLevelType w:val="hybridMultilevel"/>
    <w:tmpl w:val="D2B4EFC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C05464"/>
    <w:multiLevelType w:val="hybridMultilevel"/>
    <w:tmpl w:val="759A0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B791F"/>
    <w:multiLevelType w:val="hybridMultilevel"/>
    <w:tmpl w:val="DFB0F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190580">
    <w:abstractNumId w:val="13"/>
  </w:num>
  <w:num w:numId="2" w16cid:durableId="742265486">
    <w:abstractNumId w:val="22"/>
  </w:num>
  <w:num w:numId="3" w16cid:durableId="2029408022">
    <w:abstractNumId w:val="17"/>
  </w:num>
  <w:num w:numId="4" w16cid:durableId="1472862703">
    <w:abstractNumId w:val="15"/>
  </w:num>
  <w:num w:numId="5" w16cid:durableId="1234848942">
    <w:abstractNumId w:val="20"/>
  </w:num>
  <w:num w:numId="6" w16cid:durableId="1166019591">
    <w:abstractNumId w:val="14"/>
  </w:num>
  <w:num w:numId="7" w16cid:durableId="570048244">
    <w:abstractNumId w:val="21"/>
  </w:num>
  <w:num w:numId="8" w16cid:durableId="410586291">
    <w:abstractNumId w:val="18"/>
  </w:num>
  <w:num w:numId="9" w16cid:durableId="975063343">
    <w:abstractNumId w:val="16"/>
  </w:num>
  <w:num w:numId="10" w16cid:durableId="1852644476">
    <w:abstractNumId w:val="23"/>
  </w:num>
  <w:num w:numId="11" w16cid:durableId="848519500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0C2A"/>
    <w:rsid w:val="001250EE"/>
    <w:rsid w:val="0015074B"/>
    <w:rsid w:val="001D7494"/>
    <w:rsid w:val="002302BB"/>
    <w:rsid w:val="00275046"/>
    <w:rsid w:val="002949AE"/>
    <w:rsid w:val="0029639D"/>
    <w:rsid w:val="002A524F"/>
    <w:rsid w:val="003151AA"/>
    <w:rsid w:val="00326F90"/>
    <w:rsid w:val="003E663D"/>
    <w:rsid w:val="004A4AB8"/>
    <w:rsid w:val="00692053"/>
    <w:rsid w:val="00703D0F"/>
    <w:rsid w:val="0070425E"/>
    <w:rsid w:val="00720856"/>
    <w:rsid w:val="00724C2D"/>
    <w:rsid w:val="007E3057"/>
    <w:rsid w:val="00850EC2"/>
    <w:rsid w:val="0098488F"/>
    <w:rsid w:val="009F4E21"/>
    <w:rsid w:val="00A17A55"/>
    <w:rsid w:val="00A8276A"/>
    <w:rsid w:val="00AA1D8D"/>
    <w:rsid w:val="00AA454C"/>
    <w:rsid w:val="00B47730"/>
    <w:rsid w:val="00C2566D"/>
    <w:rsid w:val="00CB0664"/>
    <w:rsid w:val="00D423C3"/>
    <w:rsid w:val="00E15896"/>
    <w:rsid w:val="00E95BC5"/>
    <w:rsid w:val="00EA73FD"/>
    <w:rsid w:val="00ED39EE"/>
    <w:rsid w:val="00F0727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E0E0F0"/>
  <w14:defaultImageDpi w14:val="300"/>
  <w15:docId w15:val="{ED2A2EE5-0543-1E4F-9EE4-3ABD45F8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  <w:jc w:val="both"/>
    </w:pPr>
    <w:rPr>
      <w:color w:val="000000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40"/>
      <w:outlineLvl w:val="0"/>
    </w:pPr>
    <w:rPr>
      <w:b/>
      <w:bCs/>
      <w:color w:val="1F4E7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100"/>
      <w:outlineLvl w:val="1"/>
    </w:pPr>
    <w:rPr>
      <w:b/>
      <w:bCs/>
      <w:color w:val="1F4E79"/>
      <w:sz w:val="25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60" w:after="80"/>
      <w:outlineLvl w:val="2"/>
    </w:pPr>
    <w:rPr>
      <w:b/>
      <w:bCs/>
      <w:color w:val="333333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E104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0E104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  <w:rPr>
      <w:rFonts w:ascii="Arial" w:eastAsia="Arial" w:hAnsi="Arial" w:cs="Arial"/>
    </w:rPr>
  </w:style>
  <w:style w:type="paragraph" w:styleId="Sinespaciado">
    <w:name w:val="No Spacing"/>
    <w:uiPriority w:val="1"/>
    <w:qFormat/>
    <w:rsid w:val="00FC693F"/>
    <w:pPr>
      <w:spacing w:after="0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="Arial" w:eastAsia="Arial" w:hAnsi="Arial" w:cs="Arial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="Arial" w:eastAsia="Arial" w:hAnsi="Arial" w:cs="Arial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="Arial" w:eastAsia="Arial" w:hAnsi="Arial" w:cs="Arial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160"/>
      <w:contextualSpacing/>
    </w:pPr>
    <w:rPr>
      <w:b/>
      <w:color w:val="1F4E79"/>
      <w:spacing w:val="5"/>
      <w:kern w:val="28"/>
      <w:sz w:val="34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="Arial" w:eastAsia="Arial" w:hAnsi="Arial" w:cs="Arial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="Arial" w:eastAsia="Arial" w:hAnsi="Arial" w:cs="Arial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  <w:rPr>
      <w:rFonts w:ascii="Arial" w:eastAsia="Arial" w:hAnsi="Arial" w:cs="Aria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A1D8D"/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  <w:rPr>
      <w:rFonts w:ascii="Arial" w:eastAsia="Arial" w:hAnsi="Arial" w:cs="Arial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rFonts w:ascii="Arial" w:eastAsia="Arial" w:hAnsi="Arial" w:cs="Arial"/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360" w:hanging="259"/>
      <w:contextualSpacing/>
    </w:pPr>
    <w:rPr>
      <w:sz w:val="24"/>
    </w:rPr>
  </w:style>
  <w:style w:type="paragraph" w:styleId="Listaconvietas2">
    <w:name w:val="List Bullet 2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tabs>
        <w:tab w:val="num" w:pos="360"/>
      </w:tabs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tabs>
        <w:tab w:val="num" w:pos="360"/>
      </w:tabs>
      <w:spacing w:after="60"/>
      <w:ind w:left="360" w:hanging="259"/>
      <w:contextualSpacing/>
    </w:pPr>
    <w:rPr>
      <w:sz w:val="24"/>
    </w:rPr>
  </w:style>
  <w:style w:type="paragraph" w:styleId="Listaconnmeros2">
    <w:name w:val="List Number 2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tabs>
        <w:tab w:val="num" w:pos="360"/>
      </w:tabs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Arial" w:eastAsia="Arial" w:hAnsi="Arial" w:cs="Arial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rFonts w:ascii="Arial" w:eastAsia="Arial" w:hAnsi="Arial" w:cs="Arial"/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="Arial" w:eastAsia="Arial" w:hAnsi="Arial" w:cs="Arial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="Arial" w:eastAsia="Arial" w:hAnsi="Arial" w:cs="Arial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="Arial" w:eastAsia="Arial" w:hAnsi="Arial" w:cs="Arial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="Arial" w:eastAsia="Arial" w:hAnsi="Arial" w:cs="Arial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="Arial" w:eastAsia="Arial" w:hAnsi="Arial" w:cs="Arial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rFonts w:ascii="Arial" w:eastAsia="Arial" w:hAnsi="Arial" w:cs="Arial"/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rFonts w:ascii="Arial" w:eastAsia="Arial" w:hAnsi="Arial" w:cs="Arial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rFonts w:ascii="Arial" w:eastAsia="Arial" w:hAnsi="Arial" w:cs="Arial"/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rFonts w:ascii="Arial" w:eastAsia="Arial" w:hAnsi="Arial" w:cs="Arial"/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rFonts w:ascii="Arial" w:eastAsia="Arial" w:hAnsi="Arial" w:cs="Arial"/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rFonts w:ascii="Arial" w:eastAsia="Arial" w:hAnsi="Arial" w:cs="Arial"/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rFonts w:ascii="Arial" w:eastAsia="Arial" w:hAnsi="Arial" w:cs="Arial"/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IJKicker">
    <w:name w:val="BIJ Kicker"/>
    <w:basedOn w:val="Normal"/>
    <w:rPr>
      <w:b/>
      <w:color w:val="0E7490"/>
      <w:sz w:val="19"/>
    </w:rPr>
  </w:style>
  <w:style w:type="paragraph" w:customStyle="1" w:styleId="BIJLead">
    <w:name w:val="BIJ Lead"/>
    <w:basedOn w:val="Normal"/>
    <w:rPr>
      <w:color w:val="17324D"/>
    </w:rPr>
  </w:style>
  <w:style w:type="paragraph" w:customStyle="1" w:styleId="BIJSmall">
    <w:name w:val="BIJ Small"/>
    <w:basedOn w:val="Normal"/>
    <w:pPr>
      <w:spacing w:after="60"/>
    </w:pPr>
    <w:rPr>
      <w:color w:val="5B6470"/>
      <w:sz w:val="17"/>
    </w:rPr>
  </w:style>
  <w:style w:type="paragraph" w:customStyle="1" w:styleId="BIJFieldLabel">
    <w:name w:val="BIJ Field Label"/>
    <w:basedOn w:val="Normal"/>
    <w:pPr>
      <w:spacing w:before="160" w:after="60"/>
    </w:pPr>
    <w:rPr>
      <w:b/>
      <w:color w:val="17324D"/>
      <w:sz w:val="20"/>
    </w:rPr>
  </w:style>
  <w:style w:type="paragraph" w:customStyle="1" w:styleId="BIJInstructions">
    <w:name w:val="BIJ Instructions"/>
    <w:basedOn w:val="Normal"/>
    <w:rPr>
      <w:i/>
      <w:color w:val="5B6470"/>
      <w:sz w:val="19"/>
    </w:rPr>
  </w:style>
  <w:style w:type="paragraph" w:customStyle="1" w:styleId="BIJLegal">
    <w:name w:val="BIJ Legal"/>
    <w:basedOn w:val="Normal"/>
    <w:pPr>
      <w:spacing w:after="160"/>
    </w:pPr>
    <w:rPr>
      <w:color w:val="1F29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728</Words>
  <Characters>4509</Characters>
  <Application>Microsoft Office Word</Application>
  <DocSecurity>0</DocSecurity>
  <Lines>121</Lines>
  <Paragraphs>63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F4 Autorización individual y menores - BIJ Rionegro 2026</vt:lpstr>
      <vt:lpstr/>
    </vt:vector>
  </TitlesOfParts>
  <Manager/>
  <Company/>
  <LinksUpToDate>false</LinksUpToDate>
  <CharactersWithSpaces>5174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F4 Autorización individual y menores - BIJ Rionegro 2026</dc:title>
  <dc:subject>Participación y datos personales</dc:subject>
  <dc:creator>Alcaldía de Rionegro - Subsecretaría de Juventud</dc:creator>
  <cp:keywords>Banco de Iniciativas Juveniles, Rionegro, 2026</cp:keywords>
  <dc:description>Versión estructuralmente consolidada a partir del documento rector y de referentes de convocatoria.</dc:description>
  <cp:lastModifiedBy>ANGELLO OTALVARO TOBON</cp:lastModifiedBy>
  <cp:revision>10</cp:revision>
  <dcterms:created xsi:type="dcterms:W3CDTF">2013-12-23T23:15:00Z</dcterms:created>
  <dcterms:modified xsi:type="dcterms:W3CDTF">2026-09-03T19:34:00Z</dcterms:modified>
  <cp:category/>
</cp:coreProperties>
</file>