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3CFF94" w14:textId="77777777" w:rsidR="009C1182" w:rsidRPr="00D73C35" w:rsidRDefault="00000000">
      <w:pPr>
        <w:spacing w:after="40" w:line="252" w:lineRule="auto"/>
        <w:jc w:val="center"/>
        <w:rPr>
          <w:color w:val="auto"/>
          <w:sz w:val="21"/>
          <w:szCs w:val="32"/>
          <w:lang w:val="es-ES"/>
        </w:rPr>
      </w:pPr>
      <w:r w:rsidRPr="00D73C35">
        <w:rPr>
          <w:b/>
          <w:color w:val="auto"/>
          <w:sz w:val="36"/>
          <w:szCs w:val="32"/>
          <w:lang w:val="es-ES"/>
        </w:rPr>
        <w:t>BANCO DE INICIATIVAS JUVENILES</w:t>
      </w:r>
    </w:p>
    <w:p w14:paraId="56257388" w14:textId="77777777" w:rsidR="009C1182" w:rsidRPr="00D73C35" w:rsidRDefault="00000000">
      <w:pPr>
        <w:spacing w:after="280" w:line="252" w:lineRule="auto"/>
        <w:jc w:val="center"/>
        <w:rPr>
          <w:color w:val="auto"/>
          <w:lang w:val="es-ES"/>
        </w:rPr>
      </w:pPr>
      <w:r w:rsidRPr="00D73C35">
        <w:rPr>
          <w:b/>
          <w:color w:val="auto"/>
          <w:sz w:val="21"/>
          <w:lang w:val="es-ES"/>
        </w:rPr>
        <w:t>EL PARCHE DE LAS IDEAS · DE LA MENTE A LA COMUNIDAD</w:t>
      </w:r>
    </w:p>
    <w:p w14:paraId="75CE0D09" w14:textId="77777777" w:rsidR="009C1182" w:rsidRPr="00D73C35" w:rsidRDefault="00000000">
      <w:pPr>
        <w:spacing w:after="60" w:line="252" w:lineRule="auto"/>
        <w:jc w:val="center"/>
        <w:rPr>
          <w:color w:val="auto"/>
          <w:lang w:val="es-ES"/>
        </w:rPr>
      </w:pPr>
      <w:r w:rsidRPr="00D73C35">
        <w:rPr>
          <w:b/>
          <w:color w:val="auto"/>
          <w:sz w:val="36"/>
          <w:lang w:val="es-ES"/>
        </w:rPr>
        <w:t>F1 · Postulación y caracterización inicial</w:t>
      </w:r>
    </w:p>
    <w:p w14:paraId="7CD700EF" w14:textId="77777777" w:rsidR="009C1182" w:rsidRPr="00D73C35" w:rsidRDefault="00000000">
      <w:pPr>
        <w:spacing w:after="200" w:line="252" w:lineRule="auto"/>
        <w:jc w:val="center"/>
        <w:rPr>
          <w:color w:val="auto"/>
          <w:lang w:val="es-ES"/>
        </w:rPr>
      </w:pPr>
      <w:r w:rsidRPr="00D73C35">
        <w:rPr>
          <w:color w:val="auto"/>
          <w:sz w:val="23"/>
          <w:lang w:val="es-ES"/>
        </w:rPr>
        <w:t>Fase 1 · Inscripción de la iniciativa y del equipo juvenil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2991"/>
        <w:gridCol w:w="2855"/>
        <w:gridCol w:w="2992"/>
      </w:tblGrid>
      <w:tr w:rsidR="009C1182" w:rsidRPr="00D73C35" w14:paraId="5A86F03B" w14:textId="77777777" w:rsidTr="008563E2">
        <w:trPr>
          <w:trHeight w:val="170"/>
        </w:trPr>
        <w:tc>
          <w:tcPr>
            <w:tcW w:w="2991" w:type="dxa"/>
          </w:tcPr>
          <w:p w14:paraId="5F4BDBF7" w14:textId="77777777" w:rsidR="009C1182" w:rsidRPr="00D73C35" w:rsidRDefault="00000000" w:rsidP="008563E2">
            <w:pPr>
              <w:spacing w:after="0" w:line="240" w:lineRule="auto"/>
              <w:jc w:val="center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7"/>
                <w:lang w:val="es-ES"/>
              </w:rPr>
              <w:t>Código de iniciativa</w:t>
            </w:r>
          </w:p>
        </w:tc>
        <w:tc>
          <w:tcPr>
            <w:tcW w:w="2855" w:type="dxa"/>
          </w:tcPr>
          <w:p w14:paraId="7C427868" w14:textId="77777777" w:rsidR="009C1182" w:rsidRPr="00D73C35" w:rsidRDefault="00000000" w:rsidP="008563E2">
            <w:pPr>
              <w:spacing w:after="0" w:line="240" w:lineRule="auto"/>
              <w:jc w:val="center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7"/>
                <w:lang w:val="es-ES"/>
              </w:rPr>
              <w:t>Fecha de recepción</w:t>
            </w:r>
          </w:p>
        </w:tc>
        <w:tc>
          <w:tcPr>
            <w:tcW w:w="2992" w:type="dxa"/>
          </w:tcPr>
          <w:p w14:paraId="1D121A48" w14:textId="77777777" w:rsidR="009C1182" w:rsidRPr="00D73C35" w:rsidRDefault="00000000" w:rsidP="008563E2">
            <w:pPr>
              <w:spacing w:after="0" w:line="240" w:lineRule="auto"/>
              <w:jc w:val="center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7"/>
                <w:lang w:val="es-ES"/>
              </w:rPr>
              <w:t>Estado</w:t>
            </w:r>
          </w:p>
        </w:tc>
      </w:tr>
      <w:tr w:rsidR="009C1182" w:rsidRPr="00D73C35" w14:paraId="7D2EDAE7" w14:textId="77777777" w:rsidTr="00D73C35">
        <w:trPr>
          <w:trHeight w:val="420"/>
        </w:trPr>
        <w:tc>
          <w:tcPr>
            <w:tcW w:w="2991" w:type="dxa"/>
          </w:tcPr>
          <w:p w14:paraId="05BAEA7E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855" w:type="dxa"/>
          </w:tcPr>
          <w:p w14:paraId="6EC29C31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992" w:type="dxa"/>
          </w:tcPr>
          <w:p w14:paraId="3AEEFB63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</w:tbl>
    <w:p w14:paraId="1584104E" w14:textId="77777777" w:rsidR="009C1182" w:rsidRPr="00D73C35" w:rsidRDefault="00000000" w:rsidP="00D73C35">
      <w:pPr>
        <w:spacing w:after="120" w:line="252" w:lineRule="auto"/>
        <w:jc w:val="center"/>
        <w:rPr>
          <w:color w:val="auto"/>
          <w:lang w:val="es-ES"/>
        </w:rPr>
      </w:pPr>
      <w:r w:rsidRPr="00D73C35">
        <w:rPr>
          <w:i/>
          <w:color w:val="auto"/>
          <w:sz w:val="16"/>
          <w:lang w:val="es-ES"/>
        </w:rPr>
        <w:t>Uso interno de la Subsecretaría de Juventud. El equipo postulante deja estos campos en blanco.</w:t>
      </w:r>
    </w:p>
    <w:p w14:paraId="06723B15" w14:textId="77777777" w:rsidR="009C1182" w:rsidRPr="00D73C35" w:rsidRDefault="00000000">
      <w:pPr>
        <w:spacing w:after="40" w:line="252" w:lineRule="auto"/>
        <w:rPr>
          <w:color w:val="auto"/>
          <w:lang w:val="es-ES"/>
        </w:rPr>
      </w:pPr>
      <w:r w:rsidRPr="00D73C35">
        <w:rPr>
          <w:b/>
          <w:color w:val="auto"/>
          <w:sz w:val="21"/>
          <w:lang w:val="es-ES"/>
        </w:rPr>
        <w:t>Propósito del formato</w:t>
      </w:r>
    </w:p>
    <w:p w14:paraId="675157B0" w14:textId="77777777" w:rsidR="009C1182" w:rsidRPr="00D73C35" w:rsidRDefault="00000000">
      <w:pPr>
        <w:spacing w:after="140" w:line="252" w:lineRule="auto"/>
        <w:rPr>
          <w:color w:val="auto"/>
          <w:lang w:val="es-ES"/>
        </w:rPr>
      </w:pPr>
      <w:r w:rsidRPr="00D73C35">
        <w:rPr>
          <w:color w:val="auto"/>
          <w:lang w:val="es-ES"/>
        </w:rPr>
        <w:t>Este formato presenta la primera versión de la idea. Debe permitir reconocer al equipo, comprender la situación que desea transformar, identificar el propósito, el impacto esperado y las actividades previstas, y verificar su relación con un reto y un componente de la Política Pública de Juventud. La formulación técnica completa se construirá durante el Laboratorio en el Formato F4.</w:t>
      </w:r>
    </w:p>
    <w:p w14:paraId="369DEA95" w14:textId="77777777" w:rsidR="009C1182" w:rsidRPr="00D73C35" w:rsidRDefault="00000000">
      <w:pPr>
        <w:pStyle w:val="Ttulo1"/>
        <w:rPr>
          <w:color w:val="auto"/>
          <w:lang w:val="es-ES"/>
        </w:rPr>
      </w:pPr>
      <w:r w:rsidRPr="00D73C35">
        <w:rPr>
          <w:color w:val="auto"/>
          <w:lang w:val="es-ES"/>
        </w:rPr>
        <w:t>A. Datos básicos de la postulación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2430"/>
        <w:gridCol w:w="6408"/>
      </w:tblGrid>
      <w:tr w:rsidR="009C1182" w:rsidRPr="00D73C35" w14:paraId="2942067E" w14:textId="77777777" w:rsidTr="00D73C35">
        <w:trPr>
          <w:trHeight w:val="567"/>
        </w:trPr>
        <w:tc>
          <w:tcPr>
            <w:tcW w:w="2430" w:type="dxa"/>
          </w:tcPr>
          <w:p w14:paraId="633D2254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Forma de presentación *</w:t>
            </w:r>
          </w:p>
        </w:tc>
        <w:tc>
          <w:tcPr>
            <w:tcW w:w="6408" w:type="dxa"/>
          </w:tcPr>
          <w:p w14:paraId="3B5AE64E" w14:textId="54F7D8BD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Idea individual para “Encuentra tu Parche” </w:t>
            </w: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Equipo o grupo juvenil</w:t>
            </w:r>
          </w:p>
        </w:tc>
      </w:tr>
      <w:tr w:rsidR="009C1182" w:rsidRPr="00D73C35" w14:paraId="4617ECA0" w14:textId="77777777" w:rsidTr="00D73C35">
        <w:trPr>
          <w:trHeight w:val="567"/>
        </w:trPr>
        <w:tc>
          <w:tcPr>
            <w:tcW w:w="2430" w:type="dxa"/>
          </w:tcPr>
          <w:p w14:paraId="64FFE68A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Modalidad organizativa *</w:t>
            </w:r>
          </w:p>
        </w:tc>
        <w:tc>
          <w:tcPr>
            <w:tcW w:w="6408" w:type="dxa"/>
          </w:tcPr>
          <w:p w14:paraId="483C2302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Formalmente constituido    </w:t>
            </w: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No formalmente constituido    </w:t>
            </w: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Informal    </w:t>
            </w: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Por conformar</w:t>
            </w:r>
          </w:p>
        </w:tc>
      </w:tr>
      <w:tr w:rsidR="009C1182" w:rsidRPr="00D73C35" w14:paraId="5B2BD030" w14:textId="77777777" w:rsidTr="00D73C35">
        <w:trPr>
          <w:trHeight w:val="567"/>
        </w:trPr>
        <w:tc>
          <w:tcPr>
            <w:tcW w:w="2430" w:type="dxa"/>
          </w:tcPr>
          <w:p w14:paraId="1EDD9B5B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Fecha de presentación *</w:t>
            </w:r>
          </w:p>
        </w:tc>
        <w:tc>
          <w:tcPr>
            <w:tcW w:w="6408" w:type="dxa"/>
          </w:tcPr>
          <w:p w14:paraId="369DB4BF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Día / mes / 2026:</w:t>
            </w:r>
          </w:p>
        </w:tc>
      </w:tr>
      <w:tr w:rsidR="009C1182" w:rsidRPr="00D73C35" w14:paraId="33CD5A74" w14:textId="77777777" w:rsidTr="00D73C35">
        <w:trPr>
          <w:trHeight w:val="567"/>
        </w:trPr>
        <w:tc>
          <w:tcPr>
            <w:tcW w:w="2430" w:type="dxa"/>
          </w:tcPr>
          <w:p w14:paraId="3ADEA23F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Nombre de la iniciativa *</w:t>
            </w:r>
          </w:p>
        </w:tc>
        <w:tc>
          <w:tcPr>
            <w:tcW w:w="6408" w:type="dxa"/>
          </w:tcPr>
          <w:p w14:paraId="0A031871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Respuesta. Máximo 12 palabras.</w:t>
            </w:r>
          </w:p>
        </w:tc>
      </w:tr>
      <w:tr w:rsidR="009C1182" w:rsidRPr="00D73C35" w14:paraId="35E22809" w14:textId="77777777" w:rsidTr="00D73C35">
        <w:trPr>
          <w:trHeight w:val="567"/>
        </w:trPr>
        <w:tc>
          <w:tcPr>
            <w:tcW w:w="2430" w:type="dxa"/>
          </w:tcPr>
          <w:p w14:paraId="6813DED8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Nombre del equipo o grupo</w:t>
            </w:r>
          </w:p>
        </w:tc>
        <w:tc>
          <w:tcPr>
            <w:tcW w:w="6408" w:type="dxa"/>
          </w:tcPr>
          <w:p w14:paraId="5D58E1FA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Respuesta. Si la idea es individual, escriba “Por conformar”.</w:t>
            </w:r>
          </w:p>
        </w:tc>
      </w:tr>
      <w:tr w:rsidR="009C1182" w:rsidRPr="00D73C35" w14:paraId="357CCF47" w14:textId="77777777" w:rsidTr="00D73C35">
        <w:trPr>
          <w:trHeight w:val="567"/>
        </w:trPr>
        <w:tc>
          <w:tcPr>
            <w:tcW w:w="2430" w:type="dxa"/>
          </w:tcPr>
          <w:p w14:paraId="4026B08B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Persona de contacto *</w:t>
            </w:r>
          </w:p>
        </w:tc>
        <w:tc>
          <w:tcPr>
            <w:tcW w:w="6408" w:type="dxa"/>
          </w:tcPr>
          <w:p w14:paraId="274FA51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Nombre completo e indique qué número ocupa en la tabla de integrantes.</w:t>
            </w:r>
          </w:p>
        </w:tc>
      </w:tr>
      <w:tr w:rsidR="009C1182" w:rsidRPr="00D73C35" w14:paraId="1B54E41F" w14:textId="77777777" w:rsidTr="00D73C35">
        <w:trPr>
          <w:trHeight w:val="567"/>
        </w:trPr>
        <w:tc>
          <w:tcPr>
            <w:tcW w:w="2430" w:type="dxa"/>
          </w:tcPr>
          <w:p w14:paraId="1028968F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Correo electrónico *</w:t>
            </w:r>
          </w:p>
        </w:tc>
        <w:tc>
          <w:tcPr>
            <w:tcW w:w="6408" w:type="dxa"/>
          </w:tcPr>
          <w:p w14:paraId="0024B588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Respuesta:</w:t>
            </w:r>
          </w:p>
        </w:tc>
      </w:tr>
      <w:tr w:rsidR="009C1182" w:rsidRPr="00D73C35" w14:paraId="7BFF66B5" w14:textId="77777777" w:rsidTr="00D73C35">
        <w:trPr>
          <w:trHeight w:val="567"/>
        </w:trPr>
        <w:tc>
          <w:tcPr>
            <w:tcW w:w="2430" w:type="dxa"/>
          </w:tcPr>
          <w:p w14:paraId="22C03834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Celular o WhatsApp *</w:t>
            </w:r>
          </w:p>
        </w:tc>
        <w:tc>
          <w:tcPr>
            <w:tcW w:w="6408" w:type="dxa"/>
          </w:tcPr>
          <w:p w14:paraId="4338FAEE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Respuesta:</w:t>
            </w:r>
          </w:p>
        </w:tc>
      </w:tr>
      <w:tr w:rsidR="009C1182" w:rsidRPr="00D73C35" w14:paraId="4D588F61" w14:textId="77777777" w:rsidTr="00D73C35">
        <w:trPr>
          <w:trHeight w:val="567"/>
        </w:trPr>
        <w:tc>
          <w:tcPr>
            <w:tcW w:w="2430" w:type="dxa"/>
          </w:tcPr>
          <w:p w14:paraId="10141D53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Territorio principal *</w:t>
            </w:r>
          </w:p>
        </w:tc>
        <w:tc>
          <w:tcPr>
            <w:tcW w:w="6408" w:type="dxa"/>
          </w:tcPr>
          <w:p w14:paraId="6EB5BE7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Barrio, vereda o zona donde nace o actúa el equipo.</w:t>
            </w:r>
          </w:p>
        </w:tc>
      </w:tr>
      <w:tr w:rsidR="009C1182" w:rsidRPr="00D73C35" w14:paraId="41433EF6" w14:textId="77777777" w:rsidTr="00D73C35">
        <w:trPr>
          <w:trHeight w:val="567"/>
        </w:trPr>
        <w:tc>
          <w:tcPr>
            <w:tcW w:w="2430" w:type="dxa"/>
          </w:tcPr>
          <w:p w14:paraId="59816643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Lugar previsto de ejecución *</w:t>
            </w:r>
          </w:p>
        </w:tc>
        <w:tc>
          <w:tcPr>
            <w:tcW w:w="6408" w:type="dxa"/>
          </w:tcPr>
          <w:p w14:paraId="543CF301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Barrio, vereda, sector o espacio concreto, si ya se conoce.</w:t>
            </w:r>
          </w:p>
        </w:tc>
      </w:tr>
    </w:tbl>
    <w:p w14:paraId="4BD335CA" w14:textId="77777777" w:rsidR="009C1182" w:rsidRPr="00D73C35" w:rsidRDefault="009C1182">
      <w:pPr>
        <w:spacing w:after="20"/>
        <w:rPr>
          <w:color w:val="auto"/>
          <w:lang w:val="es-ES"/>
        </w:rPr>
      </w:pPr>
    </w:p>
    <w:p w14:paraId="00C358BC" w14:textId="19E59036" w:rsidR="009C1182" w:rsidRPr="00D73C35" w:rsidRDefault="009C1182">
      <w:pPr>
        <w:rPr>
          <w:color w:val="auto"/>
          <w:lang w:val="es-ES"/>
        </w:rPr>
      </w:pPr>
    </w:p>
    <w:p w14:paraId="612FC94F" w14:textId="77777777" w:rsidR="009C1182" w:rsidRPr="00D73C35" w:rsidRDefault="00000000">
      <w:pPr>
        <w:pStyle w:val="Ttulo1"/>
        <w:rPr>
          <w:color w:val="auto"/>
          <w:lang w:val="es-ES"/>
        </w:rPr>
      </w:pPr>
      <w:r w:rsidRPr="00D73C35">
        <w:rPr>
          <w:color w:val="auto"/>
          <w:lang w:val="es-ES"/>
        </w:rPr>
        <w:lastRenderedPageBreak/>
        <w:t>B. Caracterización inicial del equipo</w:t>
      </w:r>
    </w:p>
    <w:p w14:paraId="014AD191" w14:textId="77777777" w:rsidR="009C1182" w:rsidRPr="00D73C35" w:rsidRDefault="00000000">
      <w:pPr>
        <w:spacing w:after="80" w:line="252" w:lineRule="auto"/>
        <w:rPr>
          <w:color w:val="auto"/>
          <w:lang w:val="es-ES"/>
        </w:rPr>
      </w:pPr>
      <w:r w:rsidRPr="00D73C35">
        <w:rPr>
          <w:i/>
          <w:color w:val="auto"/>
          <w:sz w:val="17"/>
          <w:lang w:val="es-ES"/>
        </w:rPr>
        <w:t>Para una idea individual, diligencie únicamente la primera fila. Para una postulación colectiva, incluya mínimo tres integrantes de 14 a 28 años. Agregue filas si es necesario.</w:t>
      </w:r>
    </w:p>
    <w:tbl>
      <w:tblPr>
        <w:tblStyle w:val="Tablaconcuadrcula"/>
        <w:tblW w:w="8897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677"/>
        <w:gridCol w:w="1820"/>
        <w:gridCol w:w="1353"/>
        <w:gridCol w:w="2812"/>
      </w:tblGrid>
      <w:tr w:rsidR="008563E2" w:rsidRPr="00D73C35" w14:paraId="4F24E53E" w14:textId="77777777" w:rsidTr="00471B9D">
        <w:trPr>
          <w:trHeight w:val="510"/>
        </w:trPr>
        <w:tc>
          <w:tcPr>
            <w:tcW w:w="534" w:type="dxa"/>
          </w:tcPr>
          <w:p w14:paraId="2E565BE7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N.º</w:t>
            </w:r>
          </w:p>
        </w:tc>
        <w:tc>
          <w:tcPr>
            <w:tcW w:w="1701" w:type="dxa"/>
          </w:tcPr>
          <w:p w14:paraId="4210778C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Nombre completo</w:t>
            </w:r>
          </w:p>
        </w:tc>
        <w:tc>
          <w:tcPr>
            <w:tcW w:w="677" w:type="dxa"/>
          </w:tcPr>
          <w:p w14:paraId="0CC717E8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Edad</w:t>
            </w:r>
          </w:p>
        </w:tc>
        <w:tc>
          <w:tcPr>
            <w:tcW w:w="1820" w:type="dxa"/>
          </w:tcPr>
          <w:p w14:paraId="4CECD993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Tipo y número de documento</w:t>
            </w:r>
          </w:p>
        </w:tc>
        <w:tc>
          <w:tcPr>
            <w:tcW w:w="1353" w:type="dxa"/>
          </w:tcPr>
          <w:p w14:paraId="25642DA4" w14:textId="4A8B40BF" w:rsidR="008563E2" w:rsidRPr="00D73C35" w:rsidRDefault="008563E2">
            <w:pPr>
              <w:spacing w:after="0" w:line="240" w:lineRule="auto"/>
              <w:jc w:val="left"/>
              <w:rPr>
                <w:b/>
                <w:color w:val="auto"/>
                <w:sz w:val="16"/>
                <w:lang w:val="es-ES"/>
              </w:rPr>
            </w:pPr>
            <w:r>
              <w:rPr>
                <w:b/>
                <w:color w:val="auto"/>
                <w:sz w:val="16"/>
                <w:lang w:val="es-ES"/>
              </w:rPr>
              <w:t>Número de Celular</w:t>
            </w:r>
          </w:p>
        </w:tc>
        <w:tc>
          <w:tcPr>
            <w:tcW w:w="2812" w:type="dxa"/>
          </w:tcPr>
          <w:p w14:paraId="3563C261" w14:textId="48169523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Vínculo con Rionegro</w:t>
            </w:r>
          </w:p>
        </w:tc>
      </w:tr>
      <w:tr w:rsidR="008563E2" w:rsidRPr="00D73C35" w14:paraId="7B8D19EC" w14:textId="77777777" w:rsidTr="00471B9D">
        <w:trPr>
          <w:trHeight w:val="510"/>
        </w:trPr>
        <w:tc>
          <w:tcPr>
            <w:tcW w:w="534" w:type="dxa"/>
          </w:tcPr>
          <w:p w14:paraId="557B6BD7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1</w:t>
            </w:r>
          </w:p>
        </w:tc>
        <w:tc>
          <w:tcPr>
            <w:tcW w:w="1701" w:type="dxa"/>
          </w:tcPr>
          <w:p w14:paraId="7AE4FBA8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3D975318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715B8B52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6939CEC0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5FFCAD31" w14:textId="0F37C2D3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  <w:tr w:rsidR="008563E2" w:rsidRPr="00D73C35" w14:paraId="128E2BDE" w14:textId="77777777" w:rsidTr="00471B9D">
        <w:trPr>
          <w:trHeight w:val="510"/>
        </w:trPr>
        <w:tc>
          <w:tcPr>
            <w:tcW w:w="534" w:type="dxa"/>
          </w:tcPr>
          <w:p w14:paraId="6F286CDD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2</w:t>
            </w:r>
          </w:p>
        </w:tc>
        <w:tc>
          <w:tcPr>
            <w:tcW w:w="1701" w:type="dxa"/>
          </w:tcPr>
          <w:p w14:paraId="7CE55D55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063A7A3F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0C7079D0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2529A9F6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51FDD982" w14:textId="69BD7B22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  <w:tr w:rsidR="008563E2" w:rsidRPr="00D73C35" w14:paraId="603CB1B4" w14:textId="77777777" w:rsidTr="00471B9D">
        <w:trPr>
          <w:trHeight w:val="510"/>
        </w:trPr>
        <w:tc>
          <w:tcPr>
            <w:tcW w:w="534" w:type="dxa"/>
          </w:tcPr>
          <w:p w14:paraId="73359CBE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3</w:t>
            </w:r>
          </w:p>
        </w:tc>
        <w:tc>
          <w:tcPr>
            <w:tcW w:w="1701" w:type="dxa"/>
          </w:tcPr>
          <w:p w14:paraId="6ACB0E98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0AFBDAE1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7B088E60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5E42AE8D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124AF243" w14:textId="4A69F75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  <w:tr w:rsidR="008563E2" w:rsidRPr="00D73C35" w14:paraId="0C642FFE" w14:textId="77777777" w:rsidTr="00471B9D">
        <w:trPr>
          <w:trHeight w:val="510"/>
        </w:trPr>
        <w:tc>
          <w:tcPr>
            <w:tcW w:w="534" w:type="dxa"/>
          </w:tcPr>
          <w:p w14:paraId="137A3D88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4</w:t>
            </w:r>
          </w:p>
        </w:tc>
        <w:tc>
          <w:tcPr>
            <w:tcW w:w="1701" w:type="dxa"/>
          </w:tcPr>
          <w:p w14:paraId="5397368A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6B142572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7EED7408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154E0CE1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76894D37" w14:textId="3F2F5148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  <w:tr w:rsidR="008563E2" w:rsidRPr="00D73C35" w14:paraId="0E7BCFFE" w14:textId="77777777" w:rsidTr="00471B9D">
        <w:trPr>
          <w:trHeight w:val="510"/>
        </w:trPr>
        <w:tc>
          <w:tcPr>
            <w:tcW w:w="534" w:type="dxa"/>
          </w:tcPr>
          <w:p w14:paraId="7A91E43C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5</w:t>
            </w:r>
          </w:p>
        </w:tc>
        <w:tc>
          <w:tcPr>
            <w:tcW w:w="1701" w:type="dxa"/>
          </w:tcPr>
          <w:p w14:paraId="49EDBE25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40A45DF2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7CB4D1D8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2ACC681B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3FE34FDE" w14:textId="6E50BF6B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  <w:tr w:rsidR="008563E2" w:rsidRPr="00D73C35" w14:paraId="04720A5E" w14:textId="77777777" w:rsidTr="00471B9D">
        <w:trPr>
          <w:trHeight w:val="510"/>
        </w:trPr>
        <w:tc>
          <w:tcPr>
            <w:tcW w:w="534" w:type="dxa"/>
          </w:tcPr>
          <w:p w14:paraId="3EE6FCAB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6</w:t>
            </w:r>
          </w:p>
        </w:tc>
        <w:tc>
          <w:tcPr>
            <w:tcW w:w="1701" w:type="dxa"/>
          </w:tcPr>
          <w:p w14:paraId="3E780B35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1E52B6FD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6642CD5E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08B88297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2BCD779A" w14:textId="7EC28D6D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  <w:tr w:rsidR="008563E2" w:rsidRPr="00D73C35" w14:paraId="05A3750B" w14:textId="77777777" w:rsidTr="00471B9D">
        <w:trPr>
          <w:trHeight w:val="510"/>
        </w:trPr>
        <w:tc>
          <w:tcPr>
            <w:tcW w:w="534" w:type="dxa"/>
          </w:tcPr>
          <w:p w14:paraId="26046D33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7</w:t>
            </w:r>
          </w:p>
        </w:tc>
        <w:tc>
          <w:tcPr>
            <w:tcW w:w="1701" w:type="dxa"/>
          </w:tcPr>
          <w:p w14:paraId="12DE0816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6AE8DD33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027AE9FD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454798A7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406F3726" w14:textId="2976953A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  <w:tr w:rsidR="008563E2" w:rsidRPr="00D73C35" w14:paraId="4E12D06E" w14:textId="77777777" w:rsidTr="00471B9D">
        <w:trPr>
          <w:trHeight w:val="510"/>
        </w:trPr>
        <w:tc>
          <w:tcPr>
            <w:tcW w:w="534" w:type="dxa"/>
          </w:tcPr>
          <w:p w14:paraId="6ACDCF01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8</w:t>
            </w:r>
          </w:p>
        </w:tc>
        <w:tc>
          <w:tcPr>
            <w:tcW w:w="1701" w:type="dxa"/>
          </w:tcPr>
          <w:p w14:paraId="748B596A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677" w:type="dxa"/>
          </w:tcPr>
          <w:p w14:paraId="20F221AF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820" w:type="dxa"/>
          </w:tcPr>
          <w:p w14:paraId="0402F8E4" w14:textId="77777777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353" w:type="dxa"/>
          </w:tcPr>
          <w:p w14:paraId="402C3DEA" w14:textId="77777777" w:rsidR="008563E2" w:rsidRPr="00D73C35" w:rsidRDefault="008563E2">
            <w:pPr>
              <w:spacing w:after="0" w:line="240" w:lineRule="auto"/>
              <w:jc w:val="left"/>
              <w:rPr>
                <w:rFonts w:ascii="Segoe UI Symbol" w:hAnsi="Segoe UI Symbol" w:cs="Segoe UI Symbol"/>
                <w:color w:val="auto"/>
                <w:sz w:val="16"/>
                <w:lang w:val="es-ES"/>
              </w:rPr>
            </w:pPr>
          </w:p>
        </w:tc>
        <w:tc>
          <w:tcPr>
            <w:tcW w:w="2812" w:type="dxa"/>
          </w:tcPr>
          <w:p w14:paraId="0112ECCB" w14:textId="66B81C8D" w:rsidR="008563E2" w:rsidRPr="00D73C35" w:rsidRDefault="008563E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Reside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Estudia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</w:t>
            </w:r>
            <w:proofErr w:type="gramStart"/>
            <w:r w:rsidRPr="00D73C35">
              <w:rPr>
                <w:color w:val="auto"/>
                <w:sz w:val="16"/>
                <w:lang w:val="es-ES"/>
              </w:rPr>
              <w:t xml:space="preserve">Trabaja  </w:t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proofErr w:type="gramEnd"/>
            <w:r w:rsidRPr="00D73C35">
              <w:rPr>
                <w:color w:val="auto"/>
                <w:sz w:val="16"/>
                <w:lang w:val="es-ES"/>
              </w:rPr>
              <w:t xml:space="preserve"> Participa</w:t>
            </w:r>
          </w:p>
        </w:tc>
      </w:tr>
    </w:tbl>
    <w:p w14:paraId="42D2FE01" w14:textId="77777777" w:rsidR="009C1182" w:rsidRPr="00D73C35" w:rsidRDefault="009C1182">
      <w:pPr>
        <w:spacing w:after="20"/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9C1182" w:rsidRPr="00D73C35" w14:paraId="7D295B5E" w14:textId="77777777" w:rsidTr="00D73C35">
        <w:trPr>
          <w:trHeight w:val="320"/>
        </w:trPr>
        <w:tc>
          <w:tcPr>
            <w:tcW w:w="8838" w:type="dxa"/>
          </w:tcPr>
          <w:p w14:paraId="33673CD6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B.1. ¿Cómo nació el equipo y cuál es su propósito compartido? *</w:t>
            </w:r>
          </w:p>
          <w:p w14:paraId="1A95BABB" w14:textId="77777777" w:rsidR="009C1182" w:rsidRPr="00D73C35" w:rsidRDefault="00000000">
            <w:pPr>
              <w:spacing w:after="0" w:line="240" w:lineRule="auto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Cuente brevemente por qué se reunieron, desde cuándo y qué los convoca. Si la idea es individual, describa su motivación y experiencia en el territorio. Máximo 120 palabras.</w:t>
            </w:r>
          </w:p>
        </w:tc>
      </w:tr>
      <w:tr w:rsidR="009C1182" w:rsidRPr="00D73C35" w14:paraId="28DA621A" w14:textId="77777777" w:rsidTr="00D73C35">
        <w:trPr>
          <w:trHeight w:val="920"/>
        </w:trPr>
        <w:tc>
          <w:tcPr>
            <w:tcW w:w="8838" w:type="dxa"/>
          </w:tcPr>
          <w:p w14:paraId="36A3114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5CF257B6" w14:textId="77777777" w:rsidR="009C1182" w:rsidRPr="00D73C35" w:rsidRDefault="009C1182">
      <w:pPr>
        <w:spacing w:after="20"/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9C1182" w:rsidRPr="00D73C35" w14:paraId="3A926DC5" w14:textId="77777777" w:rsidTr="00D73C35">
        <w:trPr>
          <w:trHeight w:val="320"/>
        </w:trPr>
        <w:tc>
          <w:tcPr>
            <w:tcW w:w="8838" w:type="dxa"/>
          </w:tcPr>
          <w:p w14:paraId="581BB9E8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B.2. ¿Qué han hecho hasta ahora como equipo o en el territorio? *</w:t>
            </w:r>
          </w:p>
          <w:p w14:paraId="3AB7DC7D" w14:textId="77777777" w:rsidR="009C1182" w:rsidRPr="00D73C35" w:rsidRDefault="00000000">
            <w:pPr>
              <w:spacing w:after="0" w:line="240" w:lineRule="auto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Mencione hasta tres acciones o resultados previos. Si aún no tienen experiencia colectiva, indíquelo con claridad. Máximo 100 palabras.</w:t>
            </w:r>
          </w:p>
        </w:tc>
      </w:tr>
      <w:tr w:rsidR="009C1182" w:rsidRPr="00D73C35" w14:paraId="2B84BC8E" w14:textId="77777777" w:rsidTr="00D73C35">
        <w:trPr>
          <w:trHeight w:val="720"/>
        </w:trPr>
        <w:tc>
          <w:tcPr>
            <w:tcW w:w="8838" w:type="dxa"/>
          </w:tcPr>
          <w:p w14:paraId="1E89E78D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2D87FB2F" w14:textId="77777777" w:rsidR="00D73C35" w:rsidRPr="00D73C35" w:rsidRDefault="00D73C35">
      <w:pPr>
        <w:rPr>
          <w:color w:val="auto"/>
          <w:lang w:val="es-ES"/>
        </w:rPr>
      </w:pPr>
    </w:p>
    <w:p w14:paraId="3F8CA995" w14:textId="4E86E2B6" w:rsidR="009C1182" w:rsidRPr="00D73C35" w:rsidRDefault="00000000">
      <w:pPr>
        <w:pStyle w:val="Ttulo1"/>
        <w:rPr>
          <w:color w:val="auto"/>
          <w:lang w:val="es-ES"/>
        </w:rPr>
      </w:pPr>
      <w:r w:rsidRPr="00D73C35">
        <w:rPr>
          <w:color w:val="auto"/>
          <w:lang w:val="es-ES"/>
        </w:rPr>
        <w:t xml:space="preserve">B. Caracterización inicial del equipo </w:t>
      </w:r>
    </w:p>
    <w:p w14:paraId="12527F57" w14:textId="77777777" w:rsidR="009C1182" w:rsidRPr="00D73C35" w:rsidRDefault="00000000">
      <w:pPr>
        <w:spacing w:after="80" w:line="252" w:lineRule="auto"/>
        <w:rPr>
          <w:color w:val="auto"/>
          <w:lang w:val="es-ES"/>
        </w:rPr>
      </w:pPr>
      <w:r w:rsidRPr="00D73C35">
        <w:rPr>
          <w:color w:val="auto"/>
          <w:sz w:val="17"/>
          <w:lang w:val="es-ES"/>
        </w:rPr>
        <w:t>Seleccione una categoría de acuerdo con la trayectoria real del equipo. La modalidad organizativa —formal, no formal o informal— no otorga puntaje.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901"/>
        <w:gridCol w:w="2027"/>
        <w:gridCol w:w="5910"/>
      </w:tblGrid>
      <w:tr w:rsidR="009C1182" w:rsidRPr="00D73C35" w14:paraId="2143BF7F" w14:textId="77777777" w:rsidTr="00471B9D">
        <w:trPr>
          <w:trHeight w:val="20"/>
        </w:trPr>
        <w:tc>
          <w:tcPr>
            <w:tcW w:w="901" w:type="dxa"/>
          </w:tcPr>
          <w:p w14:paraId="01EBE7A7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Marque</w:t>
            </w:r>
          </w:p>
        </w:tc>
        <w:tc>
          <w:tcPr>
            <w:tcW w:w="2027" w:type="dxa"/>
          </w:tcPr>
          <w:p w14:paraId="5222AA3D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Categoría</w:t>
            </w:r>
          </w:p>
        </w:tc>
        <w:tc>
          <w:tcPr>
            <w:tcW w:w="5910" w:type="dxa"/>
          </w:tcPr>
          <w:p w14:paraId="16E9C553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Referencia para elegir</w:t>
            </w:r>
          </w:p>
        </w:tc>
      </w:tr>
      <w:tr w:rsidR="009C1182" w:rsidRPr="00D73C35" w14:paraId="440189A5" w14:textId="77777777" w:rsidTr="00471B9D">
        <w:trPr>
          <w:trHeight w:val="20"/>
        </w:trPr>
        <w:tc>
          <w:tcPr>
            <w:tcW w:w="901" w:type="dxa"/>
          </w:tcPr>
          <w:p w14:paraId="3F162369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027" w:type="dxa"/>
          </w:tcPr>
          <w:p w14:paraId="4F59366E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Parche Semilla</w:t>
            </w:r>
          </w:p>
        </w:tc>
        <w:tc>
          <w:tcPr>
            <w:tcW w:w="5910" w:type="dxa"/>
          </w:tcPr>
          <w:p w14:paraId="2C89F826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Equipo conformado hace menos de seis meses o que todavía no ha realizado una primera acción colectiva.</w:t>
            </w:r>
          </w:p>
        </w:tc>
      </w:tr>
      <w:tr w:rsidR="009C1182" w:rsidRPr="00D73C35" w14:paraId="119E5E5E" w14:textId="77777777" w:rsidTr="00471B9D">
        <w:trPr>
          <w:trHeight w:val="20"/>
        </w:trPr>
        <w:tc>
          <w:tcPr>
            <w:tcW w:w="901" w:type="dxa"/>
          </w:tcPr>
          <w:p w14:paraId="0A0A4F7E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027" w:type="dxa"/>
          </w:tcPr>
          <w:p w14:paraId="4898525D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Parche en Acción</w:t>
            </w:r>
          </w:p>
        </w:tc>
        <w:tc>
          <w:tcPr>
            <w:tcW w:w="5910" w:type="dxa"/>
          </w:tcPr>
          <w:p w14:paraId="169C9F77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Equipo que ya realizó al menos una actividad, tiene algunos roles y puede mostrar esa experiencia.</w:t>
            </w:r>
          </w:p>
        </w:tc>
      </w:tr>
      <w:tr w:rsidR="009C1182" w:rsidRPr="00D73C35" w14:paraId="6E976B58" w14:textId="77777777" w:rsidTr="00471B9D">
        <w:trPr>
          <w:trHeight w:val="20"/>
        </w:trPr>
        <w:tc>
          <w:tcPr>
            <w:tcW w:w="901" w:type="dxa"/>
          </w:tcPr>
          <w:p w14:paraId="0396F03A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027" w:type="dxa"/>
          </w:tcPr>
          <w:p w14:paraId="508A9DC3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Parche que Trasciende</w:t>
            </w:r>
          </w:p>
        </w:tc>
        <w:tc>
          <w:tcPr>
            <w:tcW w:w="5910" w:type="dxa"/>
          </w:tcPr>
          <w:p w14:paraId="70D3209F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Equipo con trayectoria, resultados demostrables, alianzas y capacidad de replicar o ampliar su experiencia.</w:t>
            </w:r>
          </w:p>
        </w:tc>
      </w:tr>
    </w:tbl>
    <w:p w14:paraId="41FE0B46" w14:textId="77777777" w:rsidR="009C1182" w:rsidRPr="00D73C35" w:rsidRDefault="009C1182">
      <w:pPr>
        <w:spacing w:after="20"/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2430"/>
        <w:gridCol w:w="6408"/>
      </w:tblGrid>
      <w:tr w:rsidR="009C1182" w:rsidRPr="00D73C35" w14:paraId="700806CE" w14:textId="77777777" w:rsidTr="00D73C35">
        <w:trPr>
          <w:trHeight w:val="420"/>
        </w:trPr>
        <w:tc>
          <w:tcPr>
            <w:tcW w:w="2430" w:type="dxa"/>
          </w:tcPr>
          <w:p w14:paraId="4A03637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lastRenderedPageBreak/>
              <w:t>Condición rural *</w:t>
            </w:r>
          </w:p>
        </w:tc>
        <w:tc>
          <w:tcPr>
            <w:tcW w:w="6408" w:type="dxa"/>
          </w:tcPr>
          <w:p w14:paraId="7F0B4FF9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Sí    </w:t>
            </w:r>
            <w:r w:rsidRPr="00D73C35">
              <w:rPr>
                <w:rFonts w:ascii="Segoe UI Symbol" w:hAnsi="Segoe UI Symbol" w:cs="Segoe UI Symbol"/>
                <w:i/>
                <w:color w:val="auto"/>
                <w:sz w:val="17"/>
                <w:lang w:val="es-ES"/>
              </w:rPr>
              <w:t>☐</w:t>
            </w:r>
            <w:r w:rsidRPr="00D73C35">
              <w:rPr>
                <w:i/>
                <w:color w:val="auto"/>
                <w:sz w:val="17"/>
                <w:lang w:val="es-ES"/>
              </w:rPr>
              <w:t xml:space="preserve"> No. Marque Sí cuando la ejecución principal será rural y la mayoría del equipo puede acreditar arraigo allí.</w:t>
            </w:r>
          </w:p>
        </w:tc>
      </w:tr>
      <w:tr w:rsidR="009C1182" w:rsidRPr="00D73C35" w14:paraId="324AC841" w14:textId="77777777" w:rsidTr="00D73C35">
        <w:trPr>
          <w:trHeight w:val="420"/>
        </w:trPr>
        <w:tc>
          <w:tcPr>
            <w:tcW w:w="2430" w:type="dxa"/>
          </w:tcPr>
          <w:p w14:paraId="7EF9F6B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Territorio rural</w:t>
            </w:r>
          </w:p>
        </w:tc>
        <w:tc>
          <w:tcPr>
            <w:tcW w:w="6408" w:type="dxa"/>
          </w:tcPr>
          <w:p w14:paraId="567A70EB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Vereda(s) o sector(es), si aplica:</w:t>
            </w:r>
          </w:p>
        </w:tc>
      </w:tr>
      <w:tr w:rsidR="009C1182" w:rsidRPr="00D73C35" w14:paraId="361CA4CA" w14:textId="77777777" w:rsidTr="00D73C35">
        <w:trPr>
          <w:trHeight w:val="420"/>
        </w:trPr>
        <w:tc>
          <w:tcPr>
            <w:tcW w:w="2430" w:type="dxa"/>
          </w:tcPr>
          <w:p w14:paraId="79F13A21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Arraigo del equipo</w:t>
            </w:r>
          </w:p>
        </w:tc>
        <w:tc>
          <w:tcPr>
            <w:tcW w:w="6408" w:type="dxa"/>
          </w:tcPr>
          <w:p w14:paraId="364FFFFF" w14:textId="02C50911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7"/>
                <w:lang w:val="es-ES"/>
              </w:rPr>
              <w:t>Explique brevemente el vínculo de la mayoría del equipo con ese territorio, si aplica.</w:t>
            </w:r>
            <w:r w:rsidR="008563E2">
              <w:rPr>
                <w:i/>
                <w:color w:val="auto"/>
                <w:sz w:val="17"/>
                <w:lang w:val="es-ES"/>
              </w:rPr>
              <w:t xml:space="preserve"> (Cuanto tiempo llevo viviendo en el municipio, barrio o vereda)</w:t>
            </w:r>
          </w:p>
        </w:tc>
      </w:tr>
    </w:tbl>
    <w:p w14:paraId="03EABA58" w14:textId="77777777" w:rsidR="009C1182" w:rsidRPr="00D73C35" w:rsidRDefault="009C1182">
      <w:pPr>
        <w:spacing w:after="20"/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9C1182" w:rsidRPr="00D73C35" w14:paraId="631406F9" w14:textId="77777777" w:rsidTr="00D73C35">
        <w:trPr>
          <w:trHeight w:val="320"/>
        </w:trPr>
        <w:tc>
          <w:tcPr>
            <w:tcW w:w="8838" w:type="dxa"/>
          </w:tcPr>
          <w:p w14:paraId="5EFB7717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B.3. ¿Cómo se organizará el equipo para participar en el Laboratorio? *</w:t>
            </w:r>
          </w:p>
          <w:p w14:paraId="7014A53D" w14:textId="77777777" w:rsidR="009C1182" w:rsidRPr="00D73C35" w:rsidRDefault="00000000">
            <w:pPr>
              <w:spacing w:after="0" w:line="240" w:lineRule="auto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Indique quiénes asistirán, cómo compartirán lo aprendido con los demás integrantes y cómo cumplirán las entregas dentro del plazo. Máximo 100 palabras.</w:t>
            </w:r>
          </w:p>
        </w:tc>
      </w:tr>
      <w:tr w:rsidR="009C1182" w:rsidRPr="00D73C35" w14:paraId="00F570C3" w14:textId="77777777" w:rsidTr="00D73C35">
        <w:trPr>
          <w:trHeight w:val="760"/>
        </w:trPr>
        <w:tc>
          <w:tcPr>
            <w:tcW w:w="8838" w:type="dxa"/>
          </w:tcPr>
          <w:p w14:paraId="125C7B5E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7941A56F" w14:textId="77777777" w:rsidR="00D73C35" w:rsidRPr="00D73C35" w:rsidRDefault="00D73C35" w:rsidP="00D73C35">
      <w:pPr>
        <w:rPr>
          <w:color w:val="auto"/>
          <w:lang w:val="es-ES"/>
        </w:rPr>
      </w:pPr>
    </w:p>
    <w:p w14:paraId="32C8BCE6" w14:textId="6D8DF01E" w:rsidR="009C1182" w:rsidRPr="00D73C35" w:rsidRDefault="00000000" w:rsidP="00D73C35">
      <w:pPr>
        <w:pStyle w:val="Ttulo1"/>
        <w:rPr>
          <w:color w:val="auto"/>
          <w:lang w:val="es-ES"/>
        </w:rPr>
      </w:pPr>
      <w:r w:rsidRPr="00D73C35">
        <w:rPr>
          <w:color w:val="auto"/>
          <w:lang w:val="es-ES"/>
        </w:rPr>
        <w:t>C. Reto y componente de la Política Pública de Juventud</w:t>
      </w:r>
    </w:p>
    <w:p w14:paraId="5A039FCA" w14:textId="77777777" w:rsidR="009C1182" w:rsidRPr="00D73C35" w:rsidRDefault="00000000">
      <w:pPr>
        <w:spacing w:after="80" w:line="252" w:lineRule="auto"/>
        <w:rPr>
          <w:color w:val="auto"/>
          <w:lang w:val="es-ES"/>
        </w:rPr>
      </w:pPr>
      <w:r w:rsidRPr="00D73C35">
        <w:rPr>
          <w:i/>
          <w:color w:val="auto"/>
          <w:sz w:val="17"/>
          <w:lang w:val="es-ES"/>
        </w:rPr>
        <w:t>Marque un solo reto principal y un solo componente dentro de ese reto.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3093"/>
        <w:gridCol w:w="5745"/>
      </w:tblGrid>
      <w:tr w:rsidR="009C1182" w:rsidRPr="00D73C35" w14:paraId="4AFF3D10" w14:textId="77777777" w:rsidTr="00D73C35">
        <w:trPr>
          <w:trHeight w:val="300"/>
        </w:trPr>
        <w:tc>
          <w:tcPr>
            <w:tcW w:w="3093" w:type="dxa"/>
          </w:tcPr>
          <w:p w14:paraId="5815F939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Reto principal</w:t>
            </w:r>
          </w:p>
        </w:tc>
        <w:tc>
          <w:tcPr>
            <w:tcW w:w="5745" w:type="dxa"/>
          </w:tcPr>
          <w:p w14:paraId="5E06EEAD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Componentes: marque uno</w:t>
            </w:r>
          </w:p>
        </w:tc>
      </w:tr>
      <w:tr w:rsidR="009C1182" w:rsidRPr="00D73C35" w14:paraId="0A207C0E" w14:textId="77777777" w:rsidTr="00471B9D">
        <w:trPr>
          <w:trHeight w:val="610"/>
        </w:trPr>
        <w:tc>
          <w:tcPr>
            <w:tcW w:w="3093" w:type="dxa"/>
            <w:vAlign w:val="center"/>
          </w:tcPr>
          <w:p w14:paraId="3CD65CF7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1. Juventudes con derechos</w:t>
            </w:r>
          </w:p>
        </w:tc>
        <w:tc>
          <w:tcPr>
            <w:tcW w:w="5745" w:type="dxa"/>
          </w:tcPr>
          <w:p w14:paraId="06B9348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Cultura de derechos y garantías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Seguridad humana, justicia juvenil y resolución de conflictos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Acompañamiento a jóvenes en contextos de vulnerabilidad</w:t>
            </w:r>
          </w:p>
        </w:tc>
      </w:tr>
      <w:tr w:rsidR="009C1182" w:rsidRPr="00D73C35" w14:paraId="0EE6B635" w14:textId="77777777" w:rsidTr="00471B9D">
        <w:trPr>
          <w:trHeight w:val="700"/>
        </w:trPr>
        <w:tc>
          <w:tcPr>
            <w:tcW w:w="3093" w:type="dxa"/>
            <w:vAlign w:val="center"/>
          </w:tcPr>
          <w:p w14:paraId="1B43DF3C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2. Bienestar integral juvenil</w:t>
            </w:r>
          </w:p>
        </w:tc>
        <w:tc>
          <w:tcPr>
            <w:tcW w:w="5745" w:type="dxa"/>
          </w:tcPr>
          <w:p w14:paraId="15D7B27A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Salud integral y autocuidado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Entornos protectores y cuidado juvenil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Hábitat, ambiente, espacio público y movilidad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Deporte y recreación para el bienestar</w:t>
            </w:r>
          </w:p>
        </w:tc>
      </w:tr>
      <w:tr w:rsidR="009C1182" w:rsidRPr="00D73C35" w14:paraId="5BA274FD" w14:textId="77777777" w:rsidTr="00471B9D">
        <w:trPr>
          <w:trHeight w:val="650"/>
        </w:trPr>
        <w:tc>
          <w:tcPr>
            <w:tcW w:w="3093" w:type="dxa"/>
            <w:vAlign w:val="center"/>
          </w:tcPr>
          <w:p w14:paraId="43E8D875" w14:textId="77777777" w:rsidR="009C1182" w:rsidRPr="00D73C35" w:rsidRDefault="00000000" w:rsidP="00471B9D">
            <w:pPr>
              <w:spacing w:after="0" w:line="240" w:lineRule="auto"/>
              <w:ind w:left="426" w:hanging="426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3. Capacidades y oportunidades juveniles</w:t>
            </w:r>
          </w:p>
        </w:tc>
        <w:tc>
          <w:tcPr>
            <w:tcW w:w="5745" w:type="dxa"/>
          </w:tcPr>
          <w:p w14:paraId="56C4EC1A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Capacidades educativas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Oportunidades para el empleo y el emprendimiento juvenil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Ciencia, tecnología, innovación y habilidades para el futuro</w:t>
            </w:r>
          </w:p>
        </w:tc>
      </w:tr>
      <w:tr w:rsidR="009C1182" w:rsidRPr="00D73C35" w14:paraId="04CB5B00" w14:textId="77777777" w:rsidTr="00471B9D">
        <w:trPr>
          <w:trHeight w:val="349"/>
        </w:trPr>
        <w:tc>
          <w:tcPr>
            <w:tcW w:w="3093" w:type="dxa"/>
            <w:vAlign w:val="center"/>
          </w:tcPr>
          <w:p w14:paraId="026EFC0F" w14:textId="77777777" w:rsidR="009C1182" w:rsidRPr="00D73C35" w:rsidRDefault="00000000" w:rsidP="00471B9D">
            <w:pPr>
              <w:spacing w:after="0" w:line="240" w:lineRule="auto"/>
              <w:ind w:left="426" w:hanging="426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4. Identidades y expresiones juveniles</w:t>
            </w:r>
          </w:p>
        </w:tc>
        <w:tc>
          <w:tcPr>
            <w:tcW w:w="5745" w:type="dxa"/>
          </w:tcPr>
          <w:p w14:paraId="76C87F5F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Cultura y manifestaciones juveniles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Identidades, diversidades y sociabilidades juveniles</w:t>
            </w:r>
          </w:p>
        </w:tc>
      </w:tr>
      <w:tr w:rsidR="009C1182" w:rsidRPr="00D73C35" w14:paraId="4924E7F1" w14:textId="77777777" w:rsidTr="00471B9D">
        <w:trPr>
          <w:trHeight w:val="610"/>
        </w:trPr>
        <w:tc>
          <w:tcPr>
            <w:tcW w:w="3093" w:type="dxa"/>
            <w:vAlign w:val="center"/>
          </w:tcPr>
          <w:p w14:paraId="086EC03B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5. Gobernanza juvenil</w:t>
            </w:r>
          </w:p>
        </w:tc>
        <w:tc>
          <w:tcPr>
            <w:tcW w:w="5745" w:type="dxa"/>
          </w:tcPr>
          <w:p w14:paraId="1BD157E0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Sistema Municipal de Juventudes y participación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Incidencia y apropiación territorial</w:t>
            </w:r>
            <w:r w:rsidRPr="00D73C35">
              <w:rPr>
                <w:color w:val="auto"/>
                <w:sz w:val="16"/>
                <w:lang w:val="es-ES"/>
              </w:rPr>
              <w:br/>
            </w: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  <w:r w:rsidRPr="00D73C35">
              <w:rPr>
                <w:color w:val="auto"/>
                <w:sz w:val="16"/>
                <w:lang w:val="es-ES"/>
              </w:rPr>
              <w:t xml:space="preserve"> Formación democrática juvenil</w:t>
            </w:r>
          </w:p>
        </w:tc>
      </w:tr>
    </w:tbl>
    <w:p w14:paraId="27E2F1E7" w14:textId="77777777" w:rsidR="009C1182" w:rsidRDefault="009C1182">
      <w:pPr>
        <w:spacing w:after="20"/>
        <w:rPr>
          <w:color w:val="auto"/>
          <w:lang w:val="es-ES"/>
        </w:rPr>
      </w:pPr>
    </w:p>
    <w:p w14:paraId="02F6ACD9" w14:textId="77777777" w:rsidR="00471B9D" w:rsidRPr="00D73C35" w:rsidRDefault="00471B9D">
      <w:pPr>
        <w:spacing w:after="20"/>
        <w:rPr>
          <w:color w:val="auto"/>
          <w:lang w:val="es-ES"/>
        </w:rPr>
      </w:pPr>
    </w:p>
    <w:p w14:paraId="2FA7C0C2" w14:textId="730F6ACD" w:rsidR="009C1182" w:rsidRPr="00D73C35" w:rsidRDefault="00000000" w:rsidP="00D73C35">
      <w:pPr>
        <w:pStyle w:val="Ttulo1"/>
        <w:rPr>
          <w:color w:val="auto"/>
          <w:lang w:val="es-ES"/>
        </w:rPr>
      </w:pPr>
      <w:r w:rsidRPr="00D73C35">
        <w:rPr>
          <w:color w:val="auto"/>
          <w:lang w:val="es-ES"/>
        </w:rPr>
        <w:t>D. Caracterización inicial de la idea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9C1182" w:rsidRPr="00D73C35" w14:paraId="37511538" w14:textId="77777777" w:rsidTr="00D73C35">
        <w:trPr>
          <w:trHeight w:val="320"/>
        </w:trPr>
        <w:tc>
          <w:tcPr>
            <w:tcW w:w="8838" w:type="dxa"/>
          </w:tcPr>
          <w:p w14:paraId="519AA186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D.1. ¿Qué situación desean cambiar o qué oportunidad quieren aprovechar? *</w:t>
            </w:r>
          </w:p>
          <w:p w14:paraId="343383B9" w14:textId="77777777" w:rsidR="009C1182" w:rsidRPr="00D73C35" w:rsidRDefault="00000000">
            <w:pPr>
              <w:spacing w:after="0" w:line="240" w:lineRule="auto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Explique qué sucede, dónde ocurre y por qué es importante para las personas jóvenes o el territorio. Máximo 120 palabras.</w:t>
            </w:r>
          </w:p>
        </w:tc>
      </w:tr>
      <w:tr w:rsidR="009C1182" w:rsidRPr="00D73C35" w14:paraId="0B166EB2" w14:textId="77777777" w:rsidTr="00D73C35">
        <w:trPr>
          <w:trHeight w:val="850"/>
        </w:trPr>
        <w:tc>
          <w:tcPr>
            <w:tcW w:w="8838" w:type="dxa"/>
          </w:tcPr>
          <w:p w14:paraId="3CA7C3FC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76A15576" w14:textId="77777777" w:rsidR="009C1182" w:rsidRPr="00D73C35" w:rsidRDefault="009C1182">
      <w:pPr>
        <w:spacing w:after="20"/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9C1182" w:rsidRPr="00D73C35" w14:paraId="44A01859" w14:textId="77777777" w:rsidTr="00D73C35">
        <w:trPr>
          <w:trHeight w:val="320"/>
        </w:trPr>
        <w:tc>
          <w:tcPr>
            <w:tcW w:w="8838" w:type="dxa"/>
          </w:tcPr>
          <w:p w14:paraId="265895EA" w14:textId="684222DE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 xml:space="preserve">D.2. ¿Cuál es el </w:t>
            </w:r>
            <w:r w:rsidR="00471B9D">
              <w:rPr>
                <w:b/>
                <w:color w:val="auto"/>
                <w:lang w:val="es-ES"/>
              </w:rPr>
              <w:t xml:space="preserve">objetivo o </w:t>
            </w:r>
            <w:r w:rsidRPr="00D73C35">
              <w:rPr>
                <w:b/>
                <w:color w:val="auto"/>
                <w:lang w:val="es-ES"/>
              </w:rPr>
              <w:t>propósito central de la iniciativa? *</w:t>
            </w:r>
          </w:p>
          <w:p w14:paraId="2F7C0A33" w14:textId="77777777" w:rsidR="009C1182" w:rsidRPr="00D73C35" w:rsidRDefault="00000000">
            <w:pPr>
              <w:spacing w:after="0" w:line="240" w:lineRule="auto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Exprese, en una frase clara, qué desea lograr el equipo con la iniciativa. Esta formulación podrá ajustarse durante el Laboratorio. Máximo 80 palabras.</w:t>
            </w:r>
          </w:p>
        </w:tc>
      </w:tr>
      <w:tr w:rsidR="009C1182" w:rsidRPr="00D73C35" w14:paraId="54271A60" w14:textId="77777777" w:rsidTr="00D73C35">
        <w:trPr>
          <w:trHeight w:val="620"/>
        </w:trPr>
        <w:tc>
          <w:tcPr>
            <w:tcW w:w="8838" w:type="dxa"/>
          </w:tcPr>
          <w:p w14:paraId="4CD2F5A8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7B2BC7BD" w14:textId="77777777" w:rsidR="009C1182" w:rsidRPr="00D73C35" w:rsidRDefault="009C1182">
      <w:pPr>
        <w:spacing w:after="20"/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9C1182" w:rsidRPr="00D73C35" w14:paraId="40EC40E6" w14:textId="77777777" w:rsidTr="00D73C35">
        <w:trPr>
          <w:trHeight w:val="320"/>
        </w:trPr>
        <w:tc>
          <w:tcPr>
            <w:tcW w:w="8838" w:type="dxa"/>
          </w:tcPr>
          <w:p w14:paraId="599A88F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lastRenderedPageBreak/>
              <w:t>D.3. ¿Qué impacto inicial esperan y quiénes participarían directamente? *</w:t>
            </w:r>
          </w:p>
          <w:p w14:paraId="1884FD0B" w14:textId="77777777" w:rsidR="009C1182" w:rsidRPr="00D73C35" w:rsidRDefault="00000000">
            <w:pPr>
              <w:spacing w:after="0" w:line="240" w:lineRule="auto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Describa el cambio esperado, la población o comunidad a la que se dirige, el número aproximado de participantes directos y el territorio de intervención. Máximo 120 palabras.</w:t>
            </w:r>
          </w:p>
        </w:tc>
      </w:tr>
      <w:tr w:rsidR="009C1182" w:rsidRPr="00D73C35" w14:paraId="25E8632D" w14:textId="77777777" w:rsidTr="00D73C35">
        <w:trPr>
          <w:trHeight w:val="820"/>
        </w:trPr>
        <w:tc>
          <w:tcPr>
            <w:tcW w:w="8838" w:type="dxa"/>
          </w:tcPr>
          <w:p w14:paraId="42829058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5F317BB4" w14:textId="77777777" w:rsidR="009C1182" w:rsidRPr="00D73C35" w:rsidRDefault="009C1182">
      <w:pPr>
        <w:spacing w:after="20"/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9C1182" w:rsidRPr="00D73C35" w14:paraId="551112D1" w14:textId="77777777" w:rsidTr="00D73C35">
        <w:trPr>
          <w:trHeight w:val="320"/>
        </w:trPr>
        <w:tc>
          <w:tcPr>
            <w:tcW w:w="8838" w:type="dxa"/>
          </w:tcPr>
          <w:p w14:paraId="086397BD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lang w:val="es-ES"/>
              </w:rPr>
              <w:t>D.4. ¿Cómo se relaciona la idea con el reto y el componente elegidos? *</w:t>
            </w:r>
          </w:p>
          <w:p w14:paraId="6FC0DDFC" w14:textId="77777777" w:rsidR="009C1182" w:rsidRPr="00D73C35" w:rsidRDefault="00000000">
            <w:pPr>
              <w:spacing w:after="0" w:line="240" w:lineRule="auto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Explique la relación directa entre la situación identificada, el propósito de la iniciativa y la elección de política pública. Máximo 100 palabras.</w:t>
            </w:r>
          </w:p>
        </w:tc>
      </w:tr>
      <w:tr w:rsidR="009C1182" w:rsidRPr="00D73C35" w14:paraId="5E28D0C4" w14:textId="77777777" w:rsidTr="00D73C35">
        <w:trPr>
          <w:trHeight w:val="700"/>
        </w:trPr>
        <w:tc>
          <w:tcPr>
            <w:tcW w:w="8838" w:type="dxa"/>
          </w:tcPr>
          <w:p w14:paraId="0B0BC8F3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2ED6BC54" w14:textId="77777777" w:rsidR="00D92A02" w:rsidRDefault="00D92A02"/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D92A02" w:rsidRPr="00D73C35" w14:paraId="2BBE78C2" w14:textId="77777777" w:rsidTr="00D92A02">
        <w:trPr>
          <w:trHeight w:val="320"/>
        </w:trPr>
        <w:tc>
          <w:tcPr>
            <w:tcW w:w="8838" w:type="dxa"/>
          </w:tcPr>
          <w:p w14:paraId="3FD19DBE" w14:textId="77777777" w:rsidR="00D92A02" w:rsidRDefault="00D92A02" w:rsidP="00D90299">
            <w:pPr>
              <w:spacing w:after="0" w:line="240" w:lineRule="auto"/>
              <w:rPr>
                <w:b/>
                <w:color w:val="auto"/>
                <w:lang w:val="es-ES"/>
              </w:rPr>
            </w:pPr>
            <w:r>
              <w:rPr>
                <w:b/>
                <w:color w:val="auto"/>
                <w:lang w:val="es-ES"/>
              </w:rPr>
              <w:t xml:space="preserve">D.5. </w:t>
            </w:r>
            <w:r w:rsidRPr="00EF6BB4">
              <w:rPr>
                <w:b/>
                <w:color w:val="auto"/>
                <w:lang w:val="es-ES"/>
              </w:rPr>
              <w:t>Línea de base y meta</w:t>
            </w:r>
          </w:p>
          <w:p w14:paraId="064F500B" w14:textId="5928BA0A" w:rsidR="00D92A02" w:rsidRPr="00D73C35" w:rsidRDefault="00D92A02" w:rsidP="00D90299">
            <w:pPr>
              <w:spacing w:after="0" w:line="240" w:lineRule="auto"/>
              <w:rPr>
                <w:color w:val="auto"/>
                <w:lang w:val="es-ES"/>
              </w:rPr>
            </w:pPr>
            <w:r w:rsidRPr="00EF6BB4">
              <w:rPr>
                <w:i/>
                <w:color w:val="auto"/>
                <w:sz w:val="16"/>
                <w:lang w:val="es-ES"/>
              </w:rPr>
              <w:t xml:space="preserve">¿Cómo está </w:t>
            </w:r>
            <w:r>
              <w:rPr>
                <w:i/>
                <w:color w:val="auto"/>
                <w:sz w:val="16"/>
                <w:lang w:val="es-ES"/>
              </w:rPr>
              <w:t xml:space="preserve">la situación </w:t>
            </w:r>
            <w:r w:rsidRPr="00EF6BB4">
              <w:rPr>
                <w:i/>
                <w:color w:val="auto"/>
                <w:sz w:val="16"/>
                <w:lang w:val="es-ES"/>
              </w:rPr>
              <w:t xml:space="preserve">antes de iniciar y a qué valor </w:t>
            </w:r>
            <w:r>
              <w:rPr>
                <w:i/>
                <w:color w:val="auto"/>
                <w:sz w:val="16"/>
                <w:lang w:val="es-ES"/>
              </w:rPr>
              <w:t xml:space="preserve">o resultado </w:t>
            </w:r>
            <w:r w:rsidRPr="00EF6BB4">
              <w:rPr>
                <w:i/>
                <w:color w:val="auto"/>
                <w:sz w:val="16"/>
                <w:lang w:val="es-ES"/>
              </w:rPr>
              <w:t>esperan llegar?</w:t>
            </w:r>
          </w:p>
        </w:tc>
      </w:tr>
      <w:tr w:rsidR="00D92A02" w:rsidRPr="00D73C35" w14:paraId="30971393" w14:textId="77777777" w:rsidTr="00D92A02">
        <w:trPr>
          <w:trHeight w:val="700"/>
        </w:trPr>
        <w:tc>
          <w:tcPr>
            <w:tcW w:w="8838" w:type="dxa"/>
          </w:tcPr>
          <w:p w14:paraId="452B7E3F" w14:textId="77777777" w:rsidR="00D92A02" w:rsidRPr="00D73C35" w:rsidRDefault="00D92A02" w:rsidP="00D90299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3DFFF997" w14:textId="77777777" w:rsidR="00471B9D" w:rsidRDefault="00471B9D">
      <w:pPr>
        <w:rPr>
          <w:color w:val="auto"/>
          <w:lang w:val="es-ES"/>
        </w:rPr>
      </w:pP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471B9D" w:rsidRPr="00D73C35" w14:paraId="09802BD9" w14:textId="77777777" w:rsidTr="00D90299">
        <w:trPr>
          <w:trHeight w:val="320"/>
        </w:trPr>
        <w:tc>
          <w:tcPr>
            <w:tcW w:w="8838" w:type="dxa"/>
          </w:tcPr>
          <w:p w14:paraId="1CF6DCCC" w14:textId="576D9511" w:rsidR="00471B9D" w:rsidRDefault="00471B9D" w:rsidP="00D90299">
            <w:pPr>
              <w:spacing w:after="0" w:line="240" w:lineRule="auto"/>
              <w:rPr>
                <w:b/>
                <w:color w:val="auto"/>
                <w:lang w:val="es-ES"/>
              </w:rPr>
            </w:pPr>
            <w:r>
              <w:rPr>
                <w:b/>
                <w:color w:val="auto"/>
                <w:lang w:val="es-ES"/>
              </w:rPr>
              <w:t>D.</w:t>
            </w:r>
            <w:r>
              <w:rPr>
                <w:b/>
                <w:color w:val="auto"/>
                <w:lang w:val="es-ES"/>
              </w:rPr>
              <w:t>6</w:t>
            </w:r>
            <w:r>
              <w:rPr>
                <w:b/>
                <w:color w:val="auto"/>
                <w:lang w:val="es-ES"/>
              </w:rPr>
              <w:t xml:space="preserve">. </w:t>
            </w:r>
            <w:r>
              <w:rPr>
                <w:b/>
                <w:color w:val="auto"/>
                <w:lang w:val="es-ES"/>
              </w:rPr>
              <w:t>Innovación y Creatividad</w:t>
            </w:r>
          </w:p>
          <w:p w14:paraId="4581394D" w14:textId="5882AFC6" w:rsidR="00471B9D" w:rsidRPr="00D73C35" w:rsidRDefault="00471B9D" w:rsidP="00D90299">
            <w:pPr>
              <w:spacing w:after="0" w:line="240" w:lineRule="auto"/>
              <w:rPr>
                <w:color w:val="auto"/>
                <w:lang w:val="es-ES"/>
              </w:rPr>
            </w:pPr>
            <w:r>
              <w:rPr>
                <w:i/>
                <w:color w:val="auto"/>
                <w:sz w:val="16"/>
                <w:lang w:val="es-ES"/>
              </w:rPr>
              <w:t>¿Por qué la idea es novedosa o que elementos de innovación y creatividad aporta</w:t>
            </w:r>
            <w:r w:rsidRPr="00EF6BB4">
              <w:rPr>
                <w:i/>
                <w:color w:val="auto"/>
                <w:sz w:val="16"/>
                <w:lang w:val="es-ES"/>
              </w:rPr>
              <w:t>?</w:t>
            </w:r>
          </w:p>
        </w:tc>
      </w:tr>
      <w:tr w:rsidR="00471B9D" w:rsidRPr="00D73C35" w14:paraId="5AC6A86A" w14:textId="77777777" w:rsidTr="00D90299">
        <w:trPr>
          <w:trHeight w:val="700"/>
        </w:trPr>
        <w:tc>
          <w:tcPr>
            <w:tcW w:w="8838" w:type="dxa"/>
          </w:tcPr>
          <w:p w14:paraId="151ED463" w14:textId="77777777" w:rsidR="00471B9D" w:rsidRPr="00D73C35" w:rsidRDefault="00471B9D" w:rsidP="00D90299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i/>
                <w:color w:val="auto"/>
                <w:sz w:val="16"/>
                <w:lang w:val="es-ES"/>
              </w:rPr>
              <w:t>Respuesta del equipo:</w:t>
            </w:r>
          </w:p>
        </w:tc>
      </w:tr>
    </w:tbl>
    <w:p w14:paraId="2CB0FD6C" w14:textId="77777777" w:rsidR="00471B9D" w:rsidRPr="00D73C35" w:rsidRDefault="00471B9D">
      <w:pPr>
        <w:rPr>
          <w:color w:val="auto"/>
          <w:lang w:val="es-ES"/>
        </w:rPr>
      </w:pPr>
    </w:p>
    <w:p w14:paraId="765CEE2C" w14:textId="72D113B9" w:rsidR="009C1182" w:rsidRPr="00D73C35" w:rsidRDefault="00000000">
      <w:pPr>
        <w:pStyle w:val="Ttulo1"/>
        <w:rPr>
          <w:color w:val="auto"/>
          <w:lang w:val="es-ES"/>
        </w:rPr>
      </w:pPr>
      <w:r w:rsidRPr="00D73C35">
        <w:rPr>
          <w:color w:val="auto"/>
          <w:lang w:val="es-ES"/>
        </w:rPr>
        <w:t>D</w:t>
      </w:r>
      <w:r w:rsidR="00D92A02">
        <w:rPr>
          <w:color w:val="auto"/>
          <w:lang w:val="es-ES"/>
        </w:rPr>
        <w:t>.</w:t>
      </w:r>
      <w:r w:rsidR="00471B9D">
        <w:rPr>
          <w:color w:val="auto"/>
          <w:lang w:val="es-ES"/>
        </w:rPr>
        <w:t>7</w:t>
      </w:r>
      <w:r w:rsidR="00D92A02">
        <w:rPr>
          <w:color w:val="auto"/>
          <w:lang w:val="es-ES"/>
        </w:rPr>
        <w:t>.</w:t>
      </w:r>
      <w:r w:rsidRPr="00D73C35">
        <w:rPr>
          <w:color w:val="auto"/>
          <w:lang w:val="es-ES"/>
        </w:rPr>
        <w:t xml:space="preserve"> Actividades previstas</w:t>
      </w:r>
    </w:p>
    <w:p w14:paraId="662A1382" w14:textId="77777777" w:rsidR="009C1182" w:rsidRPr="00D73C35" w:rsidRDefault="00000000">
      <w:pPr>
        <w:spacing w:after="80" w:line="252" w:lineRule="auto"/>
        <w:rPr>
          <w:color w:val="auto"/>
          <w:lang w:val="es-ES"/>
        </w:rPr>
      </w:pPr>
      <w:r w:rsidRPr="00D73C35">
        <w:rPr>
          <w:i/>
          <w:color w:val="auto"/>
          <w:sz w:val="17"/>
          <w:lang w:val="es-ES"/>
        </w:rPr>
        <w:t>Registre las acciones principales que el equipo imagina en esta etapa. Durante el Laboratorio se precisarán su metodología, responsables, fechas, metas, evidencias y costos.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494"/>
        <w:gridCol w:w="1812"/>
        <w:gridCol w:w="2580"/>
        <w:gridCol w:w="2196"/>
        <w:gridCol w:w="1756"/>
      </w:tblGrid>
      <w:tr w:rsidR="009C1182" w:rsidRPr="00D73C35" w14:paraId="5FD8E3EF" w14:textId="77777777" w:rsidTr="00D92A02">
        <w:trPr>
          <w:trHeight w:val="454"/>
        </w:trPr>
        <w:tc>
          <w:tcPr>
            <w:tcW w:w="494" w:type="dxa"/>
          </w:tcPr>
          <w:p w14:paraId="773B3E4F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N.º</w:t>
            </w:r>
          </w:p>
        </w:tc>
        <w:tc>
          <w:tcPr>
            <w:tcW w:w="1812" w:type="dxa"/>
          </w:tcPr>
          <w:p w14:paraId="36D265F8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Actividad prevista</w:t>
            </w:r>
          </w:p>
        </w:tc>
        <w:tc>
          <w:tcPr>
            <w:tcW w:w="2580" w:type="dxa"/>
          </w:tcPr>
          <w:p w14:paraId="409EABF1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¿Qué se haría?</w:t>
            </w:r>
          </w:p>
        </w:tc>
        <w:tc>
          <w:tcPr>
            <w:tcW w:w="2196" w:type="dxa"/>
          </w:tcPr>
          <w:p w14:paraId="22371604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 xml:space="preserve">¿Con </w:t>
            </w:r>
            <w:proofErr w:type="spellStart"/>
            <w:r w:rsidRPr="00D73C35">
              <w:rPr>
                <w:b/>
                <w:color w:val="auto"/>
                <w:sz w:val="16"/>
                <w:lang w:val="es-ES"/>
              </w:rPr>
              <w:t>quiénes</w:t>
            </w:r>
            <w:proofErr w:type="spellEnd"/>
            <w:r w:rsidRPr="00D73C35">
              <w:rPr>
                <w:b/>
                <w:color w:val="auto"/>
                <w:sz w:val="16"/>
                <w:lang w:val="es-ES"/>
              </w:rPr>
              <w:t xml:space="preserve"> y dónde?</w:t>
            </w:r>
          </w:p>
        </w:tc>
        <w:tc>
          <w:tcPr>
            <w:tcW w:w="1756" w:type="dxa"/>
          </w:tcPr>
          <w:p w14:paraId="36546CA6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Aporte al propósito</w:t>
            </w:r>
          </w:p>
        </w:tc>
      </w:tr>
      <w:tr w:rsidR="009C1182" w:rsidRPr="00D73C35" w14:paraId="46CE2637" w14:textId="77777777" w:rsidTr="00D92A02">
        <w:trPr>
          <w:trHeight w:val="454"/>
        </w:trPr>
        <w:tc>
          <w:tcPr>
            <w:tcW w:w="494" w:type="dxa"/>
          </w:tcPr>
          <w:p w14:paraId="1EAD3A8B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1</w:t>
            </w:r>
          </w:p>
        </w:tc>
        <w:tc>
          <w:tcPr>
            <w:tcW w:w="1812" w:type="dxa"/>
          </w:tcPr>
          <w:p w14:paraId="76AB9D7E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580" w:type="dxa"/>
          </w:tcPr>
          <w:p w14:paraId="30C5D10D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196" w:type="dxa"/>
          </w:tcPr>
          <w:p w14:paraId="2FF1B751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756" w:type="dxa"/>
          </w:tcPr>
          <w:p w14:paraId="67125EDD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251B5A55" w14:textId="77777777" w:rsidTr="00D92A02">
        <w:trPr>
          <w:trHeight w:val="454"/>
        </w:trPr>
        <w:tc>
          <w:tcPr>
            <w:tcW w:w="494" w:type="dxa"/>
          </w:tcPr>
          <w:p w14:paraId="6D9CF554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2</w:t>
            </w:r>
          </w:p>
        </w:tc>
        <w:tc>
          <w:tcPr>
            <w:tcW w:w="1812" w:type="dxa"/>
          </w:tcPr>
          <w:p w14:paraId="397C8031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580" w:type="dxa"/>
          </w:tcPr>
          <w:p w14:paraId="784EA832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196" w:type="dxa"/>
          </w:tcPr>
          <w:p w14:paraId="7C97828B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756" w:type="dxa"/>
          </w:tcPr>
          <w:p w14:paraId="5B77FC6A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5BF68E01" w14:textId="77777777" w:rsidTr="00D92A02">
        <w:trPr>
          <w:trHeight w:val="454"/>
        </w:trPr>
        <w:tc>
          <w:tcPr>
            <w:tcW w:w="494" w:type="dxa"/>
          </w:tcPr>
          <w:p w14:paraId="256530F8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3</w:t>
            </w:r>
          </w:p>
        </w:tc>
        <w:tc>
          <w:tcPr>
            <w:tcW w:w="1812" w:type="dxa"/>
          </w:tcPr>
          <w:p w14:paraId="36145583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580" w:type="dxa"/>
          </w:tcPr>
          <w:p w14:paraId="45215E01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196" w:type="dxa"/>
          </w:tcPr>
          <w:p w14:paraId="2C2016EB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756" w:type="dxa"/>
          </w:tcPr>
          <w:p w14:paraId="661C04F1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788B8C5E" w14:textId="77777777" w:rsidTr="00D92A02">
        <w:trPr>
          <w:trHeight w:val="454"/>
        </w:trPr>
        <w:tc>
          <w:tcPr>
            <w:tcW w:w="494" w:type="dxa"/>
          </w:tcPr>
          <w:p w14:paraId="1CB2B141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4</w:t>
            </w:r>
          </w:p>
        </w:tc>
        <w:tc>
          <w:tcPr>
            <w:tcW w:w="1812" w:type="dxa"/>
          </w:tcPr>
          <w:p w14:paraId="0E46CBE1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580" w:type="dxa"/>
          </w:tcPr>
          <w:p w14:paraId="4D08323B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196" w:type="dxa"/>
          </w:tcPr>
          <w:p w14:paraId="4E7BE3D0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756" w:type="dxa"/>
          </w:tcPr>
          <w:p w14:paraId="01DF8F5D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45E87F50" w14:textId="77777777" w:rsidTr="00D92A02">
        <w:trPr>
          <w:trHeight w:val="454"/>
        </w:trPr>
        <w:tc>
          <w:tcPr>
            <w:tcW w:w="494" w:type="dxa"/>
          </w:tcPr>
          <w:p w14:paraId="1C94EB16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5</w:t>
            </w:r>
          </w:p>
        </w:tc>
        <w:tc>
          <w:tcPr>
            <w:tcW w:w="1812" w:type="dxa"/>
          </w:tcPr>
          <w:p w14:paraId="180B7BD8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580" w:type="dxa"/>
          </w:tcPr>
          <w:p w14:paraId="0B9AC093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196" w:type="dxa"/>
          </w:tcPr>
          <w:p w14:paraId="4ADA763B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1756" w:type="dxa"/>
          </w:tcPr>
          <w:p w14:paraId="39F6A36E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</w:tbl>
    <w:p w14:paraId="6DCEFE82" w14:textId="519A92BE" w:rsidR="009C1182" w:rsidRDefault="009C1182">
      <w:pPr>
        <w:rPr>
          <w:color w:val="auto"/>
          <w:lang w:val="es-ES"/>
        </w:rPr>
      </w:pPr>
    </w:p>
    <w:p w14:paraId="624AE5E5" w14:textId="77777777" w:rsidR="00471B9D" w:rsidRDefault="00471B9D">
      <w:pPr>
        <w:rPr>
          <w:color w:val="auto"/>
          <w:lang w:val="es-ES"/>
        </w:rPr>
      </w:pPr>
    </w:p>
    <w:p w14:paraId="4EAAEDFE" w14:textId="77777777" w:rsidR="00471B9D" w:rsidRDefault="00471B9D">
      <w:pPr>
        <w:rPr>
          <w:color w:val="auto"/>
          <w:lang w:val="es-ES"/>
        </w:rPr>
      </w:pPr>
    </w:p>
    <w:p w14:paraId="528D8BD0" w14:textId="77777777" w:rsidR="00471B9D" w:rsidRPr="00D73C35" w:rsidRDefault="00471B9D">
      <w:pPr>
        <w:rPr>
          <w:color w:val="auto"/>
          <w:lang w:val="es-ES"/>
        </w:rPr>
      </w:pPr>
    </w:p>
    <w:p w14:paraId="3906BF1B" w14:textId="77777777" w:rsidR="009C1182" w:rsidRPr="00D73C35" w:rsidRDefault="00000000">
      <w:pPr>
        <w:pStyle w:val="Ttulo1"/>
        <w:rPr>
          <w:color w:val="auto"/>
          <w:lang w:val="es-ES"/>
        </w:rPr>
      </w:pPr>
      <w:r w:rsidRPr="00D73C35">
        <w:rPr>
          <w:color w:val="auto"/>
          <w:lang w:val="es-ES"/>
        </w:rPr>
        <w:lastRenderedPageBreak/>
        <w:t>E. Declaraciones, anexos y firmas</w:t>
      </w:r>
    </w:p>
    <w:p w14:paraId="52DE4EA4" w14:textId="77777777" w:rsidR="009C1182" w:rsidRPr="00D73C35" w:rsidRDefault="00000000">
      <w:pPr>
        <w:spacing w:after="140" w:line="252" w:lineRule="auto"/>
        <w:rPr>
          <w:color w:val="auto"/>
          <w:lang w:val="es-ES"/>
        </w:rPr>
      </w:pPr>
      <w:r w:rsidRPr="00D73C35">
        <w:rPr>
          <w:color w:val="auto"/>
          <w:lang w:val="es-ES"/>
        </w:rPr>
        <w:t>Al presentar y firmar este formato, las personas integrantes declaran que la información es veraz; que la idea es de autoría del equipo; que cada persona participa en una sola postulación; que la propuesta se ejecutará en Rionegro; y que no existe doble financiación para los mismos productos y periodo. Asimismo, manifiestan que conocen los lineamientos, aceptan la verificación de requisitos y, si el equipo es admitido, se comprometen a participar en la totalidad de la ruta del Laboratorio, atender las orientaciones y entregar el Formato F4 dentro de los plazos establecidos.</w:t>
      </w:r>
    </w:p>
    <w:p w14:paraId="357BCFA2" w14:textId="77777777" w:rsidR="009C1182" w:rsidRPr="00D73C35" w:rsidRDefault="00000000">
      <w:pPr>
        <w:keepNext/>
        <w:spacing w:after="80" w:line="252" w:lineRule="auto"/>
        <w:rPr>
          <w:color w:val="auto"/>
          <w:lang w:val="es-ES"/>
        </w:rPr>
      </w:pPr>
      <w:r w:rsidRPr="00D73C35">
        <w:rPr>
          <w:b/>
          <w:color w:val="auto"/>
          <w:sz w:val="20"/>
          <w:lang w:val="es-ES"/>
        </w:rPr>
        <w:t>Verificación de anexos presentados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5353"/>
        <w:gridCol w:w="912"/>
        <w:gridCol w:w="2573"/>
      </w:tblGrid>
      <w:tr w:rsidR="009C1182" w:rsidRPr="00D73C35" w14:paraId="79480732" w14:textId="77777777" w:rsidTr="00471B9D">
        <w:trPr>
          <w:trHeight w:val="227"/>
        </w:trPr>
        <w:tc>
          <w:tcPr>
            <w:tcW w:w="5353" w:type="dxa"/>
          </w:tcPr>
          <w:p w14:paraId="69D93C76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Anexo</w:t>
            </w:r>
          </w:p>
        </w:tc>
        <w:tc>
          <w:tcPr>
            <w:tcW w:w="912" w:type="dxa"/>
          </w:tcPr>
          <w:p w14:paraId="4DF16710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Marque</w:t>
            </w:r>
          </w:p>
        </w:tc>
        <w:tc>
          <w:tcPr>
            <w:tcW w:w="2573" w:type="dxa"/>
          </w:tcPr>
          <w:p w14:paraId="410BB5BE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Observación</w:t>
            </w:r>
          </w:p>
        </w:tc>
      </w:tr>
      <w:tr w:rsidR="009C1182" w:rsidRPr="00D73C35" w14:paraId="5462ADA7" w14:textId="77777777" w:rsidTr="00471B9D">
        <w:trPr>
          <w:trHeight w:val="227"/>
        </w:trPr>
        <w:tc>
          <w:tcPr>
            <w:tcW w:w="5353" w:type="dxa"/>
          </w:tcPr>
          <w:p w14:paraId="5B490CD0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F1 diligenciado y firmado</w:t>
            </w:r>
          </w:p>
        </w:tc>
        <w:tc>
          <w:tcPr>
            <w:tcW w:w="912" w:type="dxa"/>
          </w:tcPr>
          <w:p w14:paraId="1C7D66F3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573" w:type="dxa"/>
          </w:tcPr>
          <w:p w14:paraId="11E33486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Obligatorio</w:t>
            </w:r>
          </w:p>
        </w:tc>
      </w:tr>
      <w:tr w:rsidR="009C1182" w:rsidRPr="00D73C35" w14:paraId="15B7C6BD" w14:textId="77777777" w:rsidTr="00471B9D">
        <w:trPr>
          <w:trHeight w:val="227"/>
        </w:trPr>
        <w:tc>
          <w:tcPr>
            <w:tcW w:w="5353" w:type="dxa"/>
          </w:tcPr>
          <w:p w14:paraId="68ACC99D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Copia legible del documento de identidad de cada integrante</w:t>
            </w:r>
          </w:p>
        </w:tc>
        <w:tc>
          <w:tcPr>
            <w:tcW w:w="912" w:type="dxa"/>
          </w:tcPr>
          <w:p w14:paraId="47BF8618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573" w:type="dxa"/>
          </w:tcPr>
          <w:p w14:paraId="19881C70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Obligatorio</w:t>
            </w:r>
          </w:p>
        </w:tc>
      </w:tr>
      <w:tr w:rsidR="009C1182" w:rsidRPr="00D73C35" w14:paraId="5A84BD89" w14:textId="77777777" w:rsidTr="00471B9D">
        <w:trPr>
          <w:trHeight w:val="227"/>
        </w:trPr>
        <w:tc>
          <w:tcPr>
            <w:tcW w:w="5353" w:type="dxa"/>
          </w:tcPr>
          <w:p w14:paraId="464FF02A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Soporte del vínculo de cada integrante con Rionegro</w:t>
            </w:r>
          </w:p>
        </w:tc>
        <w:tc>
          <w:tcPr>
            <w:tcW w:w="912" w:type="dxa"/>
          </w:tcPr>
          <w:p w14:paraId="03BD5B3F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573" w:type="dxa"/>
          </w:tcPr>
          <w:p w14:paraId="12622727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Obligatorio</w:t>
            </w:r>
          </w:p>
        </w:tc>
      </w:tr>
      <w:tr w:rsidR="009C1182" w:rsidRPr="00D73C35" w14:paraId="6D17345A" w14:textId="77777777" w:rsidTr="00471B9D">
        <w:trPr>
          <w:trHeight w:val="227"/>
        </w:trPr>
        <w:tc>
          <w:tcPr>
            <w:tcW w:w="5353" w:type="dxa"/>
          </w:tcPr>
          <w:p w14:paraId="31681DB7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Soporte de modalidad organizativa</w:t>
            </w:r>
          </w:p>
        </w:tc>
        <w:tc>
          <w:tcPr>
            <w:tcW w:w="912" w:type="dxa"/>
          </w:tcPr>
          <w:p w14:paraId="0248D35F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573" w:type="dxa"/>
          </w:tcPr>
          <w:p w14:paraId="3EE1877A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Cuando corresponda</w:t>
            </w:r>
          </w:p>
        </w:tc>
      </w:tr>
      <w:tr w:rsidR="009C1182" w:rsidRPr="00D73C35" w14:paraId="742707BB" w14:textId="77777777" w:rsidTr="00471B9D">
        <w:trPr>
          <w:trHeight w:val="227"/>
        </w:trPr>
        <w:tc>
          <w:tcPr>
            <w:tcW w:w="5353" w:type="dxa"/>
          </w:tcPr>
          <w:p w14:paraId="2E405A28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F2 para cada integrante mayor de edad</w:t>
            </w:r>
          </w:p>
        </w:tc>
        <w:tc>
          <w:tcPr>
            <w:tcW w:w="912" w:type="dxa"/>
          </w:tcPr>
          <w:p w14:paraId="75CF74F0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573" w:type="dxa"/>
          </w:tcPr>
          <w:p w14:paraId="32C6152C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Cuando corresponda</w:t>
            </w:r>
          </w:p>
        </w:tc>
      </w:tr>
      <w:tr w:rsidR="009C1182" w:rsidRPr="00D73C35" w14:paraId="63B10F59" w14:textId="77777777" w:rsidTr="00471B9D">
        <w:trPr>
          <w:trHeight w:val="227"/>
        </w:trPr>
        <w:tc>
          <w:tcPr>
            <w:tcW w:w="5353" w:type="dxa"/>
          </w:tcPr>
          <w:p w14:paraId="18608D78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F3 para cada integrante de 14 a 17 años</w:t>
            </w:r>
          </w:p>
        </w:tc>
        <w:tc>
          <w:tcPr>
            <w:tcW w:w="912" w:type="dxa"/>
          </w:tcPr>
          <w:p w14:paraId="4B1FE3B9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rFonts w:ascii="Segoe UI Symbol" w:hAnsi="Segoe UI Symbol" w:cs="Segoe UI Symbol"/>
                <w:color w:val="auto"/>
                <w:sz w:val="16"/>
                <w:lang w:val="es-ES"/>
              </w:rPr>
              <w:t>☐</w:t>
            </w:r>
          </w:p>
        </w:tc>
        <w:tc>
          <w:tcPr>
            <w:tcW w:w="2573" w:type="dxa"/>
          </w:tcPr>
          <w:p w14:paraId="217013B7" w14:textId="77777777" w:rsidR="009C1182" w:rsidRPr="00D73C35" w:rsidRDefault="00000000" w:rsidP="00471B9D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Cuando corresponda</w:t>
            </w:r>
          </w:p>
        </w:tc>
      </w:tr>
    </w:tbl>
    <w:p w14:paraId="1AA6A832" w14:textId="77777777" w:rsidR="009C1182" w:rsidRPr="00D73C35" w:rsidRDefault="009C1182">
      <w:pPr>
        <w:spacing w:after="20"/>
        <w:rPr>
          <w:color w:val="auto"/>
          <w:lang w:val="es-ES"/>
        </w:rPr>
      </w:pPr>
    </w:p>
    <w:p w14:paraId="068F37FF" w14:textId="77777777" w:rsidR="009C1182" w:rsidRPr="00D73C35" w:rsidRDefault="00000000">
      <w:pPr>
        <w:keepNext/>
        <w:spacing w:after="80" w:line="252" w:lineRule="auto"/>
        <w:rPr>
          <w:color w:val="auto"/>
          <w:lang w:val="es-ES"/>
        </w:rPr>
      </w:pPr>
      <w:r w:rsidRPr="00D73C35">
        <w:rPr>
          <w:b/>
          <w:color w:val="auto"/>
          <w:sz w:val="20"/>
          <w:lang w:val="es-ES"/>
        </w:rPr>
        <w:t>Firmas del equipo</w:t>
      </w:r>
    </w:p>
    <w:tbl>
      <w:tblPr>
        <w:tblStyle w:val="Tablaconcuadrcula"/>
        <w:tblW w:w="8838" w:type="dxa"/>
        <w:tblLayout w:type="fixed"/>
        <w:tblLook w:val="04A0" w:firstRow="1" w:lastRow="0" w:firstColumn="1" w:lastColumn="0" w:noHBand="0" w:noVBand="1"/>
      </w:tblPr>
      <w:tblGrid>
        <w:gridCol w:w="500"/>
        <w:gridCol w:w="3335"/>
        <w:gridCol w:w="2335"/>
        <w:gridCol w:w="2668"/>
      </w:tblGrid>
      <w:tr w:rsidR="009C1182" w:rsidRPr="00D73C35" w14:paraId="36F701E4" w14:textId="77777777" w:rsidTr="008563E2">
        <w:trPr>
          <w:trHeight w:val="170"/>
        </w:trPr>
        <w:tc>
          <w:tcPr>
            <w:tcW w:w="500" w:type="dxa"/>
          </w:tcPr>
          <w:p w14:paraId="3F63DD18" w14:textId="77777777" w:rsidR="009C1182" w:rsidRPr="00D73C35" w:rsidRDefault="00000000" w:rsidP="008563E2">
            <w:pPr>
              <w:spacing w:after="0" w:line="240" w:lineRule="auto"/>
              <w:jc w:val="center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N.º</w:t>
            </w:r>
          </w:p>
        </w:tc>
        <w:tc>
          <w:tcPr>
            <w:tcW w:w="3335" w:type="dxa"/>
          </w:tcPr>
          <w:p w14:paraId="7525C90B" w14:textId="77777777" w:rsidR="009C1182" w:rsidRPr="00D73C35" w:rsidRDefault="00000000" w:rsidP="008563E2">
            <w:pPr>
              <w:spacing w:after="0" w:line="240" w:lineRule="auto"/>
              <w:jc w:val="center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Nombre completo</w:t>
            </w:r>
          </w:p>
        </w:tc>
        <w:tc>
          <w:tcPr>
            <w:tcW w:w="2335" w:type="dxa"/>
          </w:tcPr>
          <w:p w14:paraId="459E9758" w14:textId="77777777" w:rsidR="009C1182" w:rsidRPr="00D73C35" w:rsidRDefault="00000000" w:rsidP="008563E2">
            <w:pPr>
              <w:spacing w:after="0" w:line="240" w:lineRule="auto"/>
              <w:jc w:val="center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Documento</w:t>
            </w:r>
          </w:p>
        </w:tc>
        <w:tc>
          <w:tcPr>
            <w:tcW w:w="2668" w:type="dxa"/>
          </w:tcPr>
          <w:p w14:paraId="7020D778" w14:textId="77777777" w:rsidR="009C1182" w:rsidRPr="00D73C35" w:rsidRDefault="00000000" w:rsidP="008563E2">
            <w:pPr>
              <w:spacing w:after="0" w:line="240" w:lineRule="auto"/>
              <w:jc w:val="center"/>
              <w:rPr>
                <w:color w:val="auto"/>
                <w:lang w:val="es-ES"/>
              </w:rPr>
            </w:pPr>
            <w:r w:rsidRPr="00D73C35">
              <w:rPr>
                <w:b/>
                <w:color w:val="auto"/>
                <w:sz w:val="16"/>
                <w:lang w:val="es-ES"/>
              </w:rPr>
              <w:t>Firma</w:t>
            </w:r>
          </w:p>
        </w:tc>
      </w:tr>
      <w:tr w:rsidR="009C1182" w:rsidRPr="00D73C35" w14:paraId="180EF4F8" w14:textId="77777777" w:rsidTr="008563E2">
        <w:trPr>
          <w:trHeight w:val="567"/>
        </w:trPr>
        <w:tc>
          <w:tcPr>
            <w:tcW w:w="500" w:type="dxa"/>
          </w:tcPr>
          <w:p w14:paraId="3D1065DD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1</w:t>
            </w:r>
          </w:p>
        </w:tc>
        <w:tc>
          <w:tcPr>
            <w:tcW w:w="3335" w:type="dxa"/>
          </w:tcPr>
          <w:p w14:paraId="3920A78D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34C8A504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106F474C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16C947CC" w14:textId="77777777" w:rsidTr="008563E2">
        <w:trPr>
          <w:trHeight w:val="567"/>
        </w:trPr>
        <w:tc>
          <w:tcPr>
            <w:tcW w:w="500" w:type="dxa"/>
          </w:tcPr>
          <w:p w14:paraId="10D89714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2</w:t>
            </w:r>
          </w:p>
        </w:tc>
        <w:tc>
          <w:tcPr>
            <w:tcW w:w="3335" w:type="dxa"/>
          </w:tcPr>
          <w:p w14:paraId="60288A98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0E59C921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2585BDA6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68F48568" w14:textId="77777777" w:rsidTr="008563E2">
        <w:trPr>
          <w:trHeight w:val="567"/>
        </w:trPr>
        <w:tc>
          <w:tcPr>
            <w:tcW w:w="500" w:type="dxa"/>
          </w:tcPr>
          <w:p w14:paraId="42D42351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3</w:t>
            </w:r>
          </w:p>
        </w:tc>
        <w:tc>
          <w:tcPr>
            <w:tcW w:w="3335" w:type="dxa"/>
          </w:tcPr>
          <w:p w14:paraId="5F5BBBD5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5D41B950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3D6F1139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4B1B2CC5" w14:textId="77777777" w:rsidTr="008563E2">
        <w:trPr>
          <w:trHeight w:val="567"/>
        </w:trPr>
        <w:tc>
          <w:tcPr>
            <w:tcW w:w="500" w:type="dxa"/>
          </w:tcPr>
          <w:p w14:paraId="07AECE7C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4</w:t>
            </w:r>
          </w:p>
        </w:tc>
        <w:tc>
          <w:tcPr>
            <w:tcW w:w="3335" w:type="dxa"/>
          </w:tcPr>
          <w:p w14:paraId="58342D82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64C2B27C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1C462C38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3FBC8E44" w14:textId="77777777" w:rsidTr="008563E2">
        <w:trPr>
          <w:trHeight w:val="567"/>
        </w:trPr>
        <w:tc>
          <w:tcPr>
            <w:tcW w:w="500" w:type="dxa"/>
          </w:tcPr>
          <w:p w14:paraId="6C9165E5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5</w:t>
            </w:r>
          </w:p>
        </w:tc>
        <w:tc>
          <w:tcPr>
            <w:tcW w:w="3335" w:type="dxa"/>
          </w:tcPr>
          <w:p w14:paraId="20FEE45A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6D8B0238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08E12106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3F098904" w14:textId="77777777" w:rsidTr="008563E2">
        <w:trPr>
          <w:trHeight w:val="567"/>
        </w:trPr>
        <w:tc>
          <w:tcPr>
            <w:tcW w:w="500" w:type="dxa"/>
          </w:tcPr>
          <w:p w14:paraId="3FAA8B30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6</w:t>
            </w:r>
          </w:p>
        </w:tc>
        <w:tc>
          <w:tcPr>
            <w:tcW w:w="3335" w:type="dxa"/>
          </w:tcPr>
          <w:p w14:paraId="0CAA8B07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05A4562D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0C8AAC88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69479D0D" w14:textId="77777777" w:rsidTr="008563E2">
        <w:trPr>
          <w:trHeight w:val="567"/>
        </w:trPr>
        <w:tc>
          <w:tcPr>
            <w:tcW w:w="500" w:type="dxa"/>
          </w:tcPr>
          <w:p w14:paraId="6BDA2D5A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7</w:t>
            </w:r>
          </w:p>
        </w:tc>
        <w:tc>
          <w:tcPr>
            <w:tcW w:w="3335" w:type="dxa"/>
          </w:tcPr>
          <w:p w14:paraId="2C0AB9CD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3286BABA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75B62F75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  <w:tr w:rsidR="009C1182" w:rsidRPr="00D73C35" w14:paraId="52D79341" w14:textId="77777777" w:rsidTr="008563E2">
        <w:trPr>
          <w:trHeight w:val="567"/>
        </w:trPr>
        <w:tc>
          <w:tcPr>
            <w:tcW w:w="500" w:type="dxa"/>
          </w:tcPr>
          <w:p w14:paraId="7B60FE2B" w14:textId="77777777" w:rsidR="009C1182" w:rsidRPr="00D73C35" w:rsidRDefault="00000000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  <w:r w:rsidRPr="00D73C35">
              <w:rPr>
                <w:color w:val="auto"/>
                <w:sz w:val="16"/>
                <w:lang w:val="es-ES"/>
              </w:rPr>
              <w:t>8</w:t>
            </w:r>
          </w:p>
        </w:tc>
        <w:tc>
          <w:tcPr>
            <w:tcW w:w="3335" w:type="dxa"/>
          </w:tcPr>
          <w:p w14:paraId="5303C0E4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335" w:type="dxa"/>
          </w:tcPr>
          <w:p w14:paraId="520BBBAD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  <w:tc>
          <w:tcPr>
            <w:tcW w:w="2668" w:type="dxa"/>
          </w:tcPr>
          <w:p w14:paraId="272BB550" w14:textId="77777777" w:rsidR="009C1182" w:rsidRPr="00D73C35" w:rsidRDefault="009C1182">
            <w:pPr>
              <w:spacing w:after="0" w:line="240" w:lineRule="auto"/>
              <w:jc w:val="left"/>
              <w:rPr>
                <w:color w:val="auto"/>
                <w:lang w:val="es-ES"/>
              </w:rPr>
            </w:pPr>
          </w:p>
        </w:tc>
      </w:tr>
    </w:tbl>
    <w:p w14:paraId="3339129C" w14:textId="77777777" w:rsidR="009C1182" w:rsidRPr="00D73C35" w:rsidRDefault="009C1182">
      <w:pPr>
        <w:spacing w:after="20"/>
        <w:rPr>
          <w:color w:val="auto"/>
          <w:lang w:val="es-ES"/>
        </w:rPr>
      </w:pPr>
    </w:p>
    <w:p w14:paraId="2F8BB706" w14:textId="77777777" w:rsidR="009C1182" w:rsidRPr="00D73C35" w:rsidRDefault="00000000">
      <w:pPr>
        <w:spacing w:after="0" w:line="252" w:lineRule="auto"/>
        <w:rPr>
          <w:color w:val="auto"/>
          <w:lang w:val="es-ES"/>
        </w:rPr>
      </w:pPr>
      <w:r w:rsidRPr="00D73C35">
        <w:rPr>
          <w:b/>
          <w:color w:val="auto"/>
          <w:lang w:val="es-ES"/>
        </w:rPr>
        <w:t>Fecha de firma: ____ / ____ / 2026</w:t>
      </w:r>
    </w:p>
    <w:sectPr w:rsidR="009C1182" w:rsidRPr="00D73C35">
      <w:headerReference w:type="default" r:id="rId8"/>
      <w:footerReference w:type="default" r:id="rId9"/>
      <w:pgSz w:w="12240" w:h="15840"/>
      <w:pgMar w:top="2268" w:right="1701" w:bottom="1701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B1A908" w14:textId="77777777" w:rsidR="0034137D" w:rsidRDefault="0034137D">
      <w:pPr>
        <w:spacing w:after="0" w:line="240" w:lineRule="auto"/>
      </w:pPr>
      <w:r>
        <w:separator/>
      </w:r>
    </w:p>
  </w:endnote>
  <w:endnote w:type="continuationSeparator" w:id="0">
    <w:p w14:paraId="5BAD854D" w14:textId="77777777" w:rsidR="0034137D" w:rsidRDefault="0034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BF5AE5" w14:textId="77777777" w:rsidR="009C1182" w:rsidRDefault="00000000">
    <w:pPr>
      <w:spacing w:after="0"/>
      <w:ind w:left="-1701"/>
      <w:jc w:val="left"/>
    </w:pPr>
    <w:r>
      <w:rPr>
        <w:noProof/>
      </w:rPr>
      <w:drawing>
        <wp:inline distT="0" distB="0" distL="0" distR="0" wp14:anchorId="158D3E14" wp14:editId="669331D9">
          <wp:extent cx="7772400" cy="987552"/>
          <wp:effectExtent l="0" t="0" r="0" b="0"/>
          <wp:docPr id="1143204970" name="Picture 1" descr="Pie institucional de la Alcaldía de Rionegro" title="Pie institucional de la Alcaldía de Rio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987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B30391" w14:textId="77777777" w:rsidR="0034137D" w:rsidRDefault="0034137D">
      <w:pPr>
        <w:spacing w:after="0" w:line="240" w:lineRule="auto"/>
      </w:pPr>
      <w:r>
        <w:separator/>
      </w:r>
    </w:p>
  </w:footnote>
  <w:footnote w:type="continuationSeparator" w:id="0">
    <w:p w14:paraId="7DA3562A" w14:textId="77777777" w:rsidR="0034137D" w:rsidRDefault="00341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78F8AA" w14:textId="77777777" w:rsidR="009C1182" w:rsidRDefault="00000000">
    <w:pPr>
      <w:spacing w:after="0"/>
      <w:ind w:left="-1701"/>
      <w:jc w:val="left"/>
    </w:pPr>
    <w:r>
      <w:rPr>
        <w:noProof/>
      </w:rPr>
      <w:drawing>
        <wp:inline distT="0" distB="0" distL="0" distR="0" wp14:anchorId="06549535" wp14:editId="75ECB94A">
          <wp:extent cx="7772400" cy="1143000"/>
          <wp:effectExtent l="0" t="0" r="0" b="0"/>
          <wp:docPr id="1" name="Picture 1" descr="Encabezado institucional del Banco de Iniciativas Juveniles de Rionegro" title="Encabezado institucional del Banco de Iniciativas Juveniles de Rio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</w:abstractNum>
  <w:abstractNum w:abstractNumId="9" w15:restartNumberingAfterBreak="0">
    <w:nsid w:val="00000009"/>
    <w:multiLevelType w:val="hybridMultilevel"/>
    <w:tmpl w:val="4DF40C28"/>
    <w:lvl w:ilvl="0" w:tplc="E0ACD77C">
      <w:start w:val="1"/>
      <w:numFmt w:val="bullet"/>
      <w:lvlText w:val="•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1A23B7E">
      <w:start w:val="1"/>
      <w:numFmt w:val="bullet"/>
      <w:lvlText w:val="•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AFF00B2A">
      <w:start w:val="1"/>
      <w:numFmt w:val="bullet"/>
      <w:lvlText w:val="•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9164559C">
      <w:numFmt w:val="decimal"/>
      <w:lvlText w:val=""/>
      <w:lvlJc w:val="left"/>
    </w:lvl>
    <w:lvl w:ilvl="4" w:tplc="D0B8CA8A">
      <w:numFmt w:val="decimal"/>
      <w:lvlText w:val=""/>
      <w:lvlJc w:val="left"/>
    </w:lvl>
    <w:lvl w:ilvl="5" w:tplc="A4445CAA">
      <w:numFmt w:val="decimal"/>
      <w:lvlText w:val=""/>
      <w:lvlJc w:val="left"/>
    </w:lvl>
    <w:lvl w:ilvl="6" w:tplc="521451E6">
      <w:numFmt w:val="decimal"/>
      <w:lvlText w:val=""/>
      <w:lvlJc w:val="left"/>
    </w:lvl>
    <w:lvl w:ilvl="7" w:tplc="3F00497C">
      <w:numFmt w:val="decimal"/>
      <w:lvlText w:val=""/>
      <w:lvlJc w:val="left"/>
    </w:lvl>
    <w:lvl w:ilvl="8" w:tplc="A22CDC24">
      <w:numFmt w:val="decimal"/>
      <w:lvlText w:val=""/>
      <w:lvlJc w:val="left"/>
    </w:lvl>
  </w:abstractNum>
  <w:abstractNum w:abstractNumId="10" w15:restartNumberingAfterBreak="0">
    <w:nsid w:val="0000000A"/>
    <w:multiLevelType w:val="hybridMultilevel"/>
    <w:tmpl w:val="8F5A0FEE"/>
    <w:lvl w:ilvl="0" w:tplc="58F885D4">
      <w:start w:val="1"/>
      <w:numFmt w:val="decimal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780A7AB2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8F589078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D262B718">
      <w:numFmt w:val="decimal"/>
      <w:lvlText w:val=""/>
      <w:lvlJc w:val="left"/>
    </w:lvl>
    <w:lvl w:ilvl="4" w:tplc="9F2A8CCA">
      <w:numFmt w:val="decimal"/>
      <w:lvlText w:val=""/>
      <w:lvlJc w:val="left"/>
    </w:lvl>
    <w:lvl w:ilvl="5" w:tplc="84682B42">
      <w:numFmt w:val="decimal"/>
      <w:lvlText w:val=""/>
      <w:lvlJc w:val="left"/>
    </w:lvl>
    <w:lvl w:ilvl="6" w:tplc="FA3A1E42">
      <w:numFmt w:val="decimal"/>
      <w:lvlText w:val=""/>
      <w:lvlJc w:val="left"/>
    </w:lvl>
    <w:lvl w:ilvl="7" w:tplc="0ABC3BA2">
      <w:numFmt w:val="decimal"/>
      <w:lvlText w:val=""/>
      <w:lvlJc w:val="left"/>
    </w:lvl>
    <w:lvl w:ilvl="8" w:tplc="1AF47D4C">
      <w:numFmt w:val="decimal"/>
      <w:lvlText w:val=""/>
      <w:lvlJc w:val="left"/>
    </w:lvl>
  </w:abstractNum>
  <w:abstractNum w:abstractNumId="11" w15:restartNumberingAfterBreak="0">
    <w:nsid w:val="0000000B"/>
    <w:multiLevelType w:val="hybridMultilevel"/>
    <w:tmpl w:val="373666F4"/>
    <w:lvl w:ilvl="0" w:tplc="FBBE6EA0">
      <w:start w:val="1"/>
      <w:numFmt w:val="bullet"/>
      <w:lvlText w:val="☐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1D857B0">
      <w:start w:val="1"/>
      <w:numFmt w:val="bullet"/>
      <w:lvlText w:val="☐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53149BB6">
      <w:start w:val="1"/>
      <w:numFmt w:val="bullet"/>
      <w:lvlText w:val="☐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06C6255E">
      <w:numFmt w:val="decimal"/>
      <w:lvlText w:val=""/>
      <w:lvlJc w:val="left"/>
    </w:lvl>
    <w:lvl w:ilvl="4" w:tplc="D9AC3D64">
      <w:numFmt w:val="decimal"/>
      <w:lvlText w:val=""/>
      <w:lvlJc w:val="left"/>
    </w:lvl>
    <w:lvl w:ilvl="5" w:tplc="6FE4020A">
      <w:numFmt w:val="decimal"/>
      <w:lvlText w:val=""/>
      <w:lvlJc w:val="left"/>
    </w:lvl>
    <w:lvl w:ilvl="6" w:tplc="9418D94C">
      <w:numFmt w:val="decimal"/>
      <w:lvlText w:val=""/>
      <w:lvlJc w:val="left"/>
    </w:lvl>
    <w:lvl w:ilvl="7" w:tplc="BB0E9374">
      <w:numFmt w:val="decimal"/>
      <w:lvlText w:val=""/>
      <w:lvlJc w:val="left"/>
    </w:lvl>
    <w:lvl w:ilvl="8" w:tplc="309C2C52">
      <w:numFmt w:val="decimal"/>
      <w:lvlText w:val=""/>
      <w:lvlJc w:val="left"/>
    </w:lvl>
  </w:abstractNum>
  <w:abstractNum w:abstractNumId="12" w15:restartNumberingAfterBreak="0">
    <w:nsid w:val="0000000C"/>
    <w:multiLevelType w:val="hybridMultilevel"/>
    <w:tmpl w:val="71F89E6C"/>
    <w:lvl w:ilvl="0" w:tplc="0D7CC786">
      <w:start w:val="1"/>
      <w:numFmt w:val="decimal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E02EC41E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30C2F0F2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0FE291F2">
      <w:numFmt w:val="decimal"/>
      <w:lvlText w:val=""/>
      <w:lvlJc w:val="left"/>
    </w:lvl>
    <w:lvl w:ilvl="4" w:tplc="7CD2026E">
      <w:numFmt w:val="decimal"/>
      <w:lvlText w:val=""/>
      <w:lvlJc w:val="left"/>
    </w:lvl>
    <w:lvl w:ilvl="5" w:tplc="933E1404">
      <w:numFmt w:val="decimal"/>
      <w:lvlText w:val=""/>
      <w:lvlJc w:val="left"/>
    </w:lvl>
    <w:lvl w:ilvl="6" w:tplc="43544840">
      <w:numFmt w:val="decimal"/>
      <w:lvlText w:val=""/>
      <w:lvlJc w:val="left"/>
    </w:lvl>
    <w:lvl w:ilvl="7" w:tplc="34D2E828">
      <w:numFmt w:val="decimal"/>
      <w:lvlText w:val=""/>
      <w:lvlJc w:val="left"/>
    </w:lvl>
    <w:lvl w:ilvl="8" w:tplc="C552541A">
      <w:numFmt w:val="decimal"/>
      <w:lvlText w:val=""/>
      <w:lvlJc w:val="left"/>
    </w:lvl>
  </w:abstractNum>
  <w:abstractNum w:abstractNumId="13" w15:restartNumberingAfterBreak="0">
    <w:nsid w:val="0000000D"/>
    <w:multiLevelType w:val="hybridMultilevel"/>
    <w:tmpl w:val="351E205C"/>
    <w:lvl w:ilvl="0" w:tplc="C28AA94C">
      <w:start w:val="1"/>
      <w:numFmt w:val="decimal"/>
      <w:pStyle w:val="Listaconvietas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608D016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6790549E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BF8001C0">
      <w:numFmt w:val="decimal"/>
      <w:lvlText w:val=""/>
      <w:lvlJc w:val="left"/>
    </w:lvl>
    <w:lvl w:ilvl="4" w:tplc="5E1CADD4">
      <w:numFmt w:val="decimal"/>
      <w:lvlText w:val=""/>
      <w:lvlJc w:val="left"/>
    </w:lvl>
    <w:lvl w:ilvl="5" w:tplc="420EA09C">
      <w:numFmt w:val="decimal"/>
      <w:lvlText w:val=""/>
      <w:lvlJc w:val="left"/>
    </w:lvl>
    <w:lvl w:ilvl="6" w:tplc="E6EEC628">
      <w:numFmt w:val="decimal"/>
      <w:lvlText w:val=""/>
      <w:lvlJc w:val="left"/>
    </w:lvl>
    <w:lvl w:ilvl="7" w:tplc="A784F6DE">
      <w:numFmt w:val="decimal"/>
      <w:lvlText w:val=""/>
      <w:lvlJc w:val="left"/>
    </w:lvl>
    <w:lvl w:ilvl="8" w:tplc="3196D024">
      <w:numFmt w:val="decimal"/>
      <w:lvlText w:val=""/>
      <w:lvlJc w:val="left"/>
    </w:lvl>
  </w:abstractNum>
  <w:abstractNum w:abstractNumId="14" w15:restartNumberingAfterBreak="0">
    <w:nsid w:val="14B63D90"/>
    <w:multiLevelType w:val="hybridMultilevel"/>
    <w:tmpl w:val="037C27F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1A5566"/>
    <w:multiLevelType w:val="hybridMultilevel"/>
    <w:tmpl w:val="FA3A14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82FEE"/>
    <w:multiLevelType w:val="hybridMultilevel"/>
    <w:tmpl w:val="F76A3046"/>
    <w:lvl w:ilvl="0" w:tplc="080A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7" w15:restartNumberingAfterBreak="0">
    <w:nsid w:val="492D062B"/>
    <w:multiLevelType w:val="hybridMultilevel"/>
    <w:tmpl w:val="C16855B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8F7C70"/>
    <w:multiLevelType w:val="hybridMultilevel"/>
    <w:tmpl w:val="6890C3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E22D9"/>
    <w:multiLevelType w:val="hybridMultilevel"/>
    <w:tmpl w:val="1CC4ED5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2163FB"/>
    <w:multiLevelType w:val="hybridMultilevel"/>
    <w:tmpl w:val="CFDEF5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33DB4"/>
    <w:multiLevelType w:val="hybridMultilevel"/>
    <w:tmpl w:val="1CE03146"/>
    <w:lvl w:ilvl="0" w:tplc="8F0E7920">
      <w:start w:val="7"/>
      <w:numFmt w:val="bullet"/>
      <w:lvlText w:val="•"/>
      <w:lvlJc w:val="left"/>
      <w:pPr>
        <w:ind w:left="490" w:hanging="360"/>
      </w:pPr>
      <w:rPr>
        <w:rFonts w:ascii="Arial" w:eastAsia="Arial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2" w15:restartNumberingAfterBreak="0">
    <w:nsid w:val="662034B9"/>
    <w:multiLevelType w:val="hybridMultilevel"/>
    <w:tmpl w:val="CD14339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6A4BF6"/>
    <w:multiLevelType w:val="hybridMultilevel"/>
    <w:tmpl w:val="D2B4EFC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C05464"/>
    <w:multiLevelType w:val="hybridMultilevel"/>
    <w:tmpl w:val="759A0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791F"/>
    <w:multiLevelType w:val="hybridMultilevel"/>
    <w:tmpl w:val="DFB0F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90580">
    <w:abstractNumId w:val="13"/>
  </w:num>
  <w:num w:numId="2" w16cid:durableId="742265486">
    <w:abstractNumId w:val="24"/>
  </w:num>
  <w:num w:numId="3" w16cid:durableId="2029408022">
    <w:abstractNumId w:val="18"/>
  </w:num>
  <w:num w:numId="4" w16cid:durableId="1472862703">
    <w:abstractNumId w:val="15"/>
  </w:num>
  <w:num w:numId="5" w16cid:durableId="1234848942">
    <w:abstractNumId w:val="22"/>
  </w:num>
  <w:num w:numId="6" w16cid:durableId="1166019591">
    <w:abstractNumId w:val="14"/>
  </w:num>
  <w:num w:numId="7" w16cid:durableId="570048244">
    <w:abstractNumId w:val="23"/>
  </w:num>
  <w:num w:numId="8" w16cid:durableId="410586291">
    <w:abstractNumId w:val="19"/>
  </w:num>
  <w:num w:numId="9" w16cid:durableId="975063343">
    <w:abstractNumId w:val="17"/>
  </w:num>
  <w:num w:numId="10" w16cid:durableId="1852644476">
    <w:abstractNumId w:val="25"/>
  </w:num>
  <w:num w:numId="11" w16cid:durableId="848519500">
    <w:abstractNumId w:val="20"/>
  </w:num>
  <w:num w:numId="12" w16cid:durableId="966622029">
    <w:abstractNumId w:val="16"/>
  </w:num>
  <w:num w:numId="13" w16cid:durableId="1209875267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4D6"/>
    <w:rsid w:val="000C032F"/>
    <w:rsid w:val="000F13E0"/>
    <w:rsid w:val="00100A70"/>
    <w:rsid w:val="001250EE"/>
    <w:rsid w:val="0015074B"/>
    <w:rsid w:val="00195A9D"/>
    <w:rsid w:val="001D7494"/>
    <w:rsid w:val="002302BB"/>
    <w:rsid w:val="00250C57"/>
    <w:rsid w:val="00251559"/>
    <w:rsid w:val="00275046"/>
    <w:rsid w:val="002949AE"/>
    <w:rsid w:val="0029639D"/>
    <w:rsid w:val="002A524F"/>
    <w:rsid w:val="003151AA"/>
    <w:rsid w:val="00326F90"/>
    <w:rsid w:val="0034137D"/>
    <w:rsid w:val="003E663D"/>
    <w:rsid w:val="00471B9D"/>
    <w:rsid w:val="004A4AB8"/>
    <w:rsid w:val="004E2898"/>
    <w:rsid w:val="006318A7"/>
    <w:rsid w:val="006A715D"/>
    <w:rsid w:val="00703D0F"/>
    <w:rsid w:val="0070425E"/>
    <w:rsid w:val="007E3057"/>
    <w:rsid w:val="00850EC2"/>
    <w:rsid w:val="008563E2"/>
    <w:rsid w:val="00863A51"/>
    <w:rsid w:val="0098488F"/>
    <w:rsid w:val="009C1182"/>
    <w:rsid w:val="009F4E21"/>
    <w:rsid w:val="00A8276A"/>
    <w:rsid w:val="00AA1D8D"/>
    <w:rsid w:val="00B10FD2"/>
    <w:rsid w:val="00B47730"/>
    <w:rsid w:val="00B6530A"/>
    <w:rsid w:val="00BF6D29"/>
    <w:rsid w:val="00C00603"/>
    <w:rsid w:val="00C2566D"/>
    <w:rsid w:val="00CB0664"/>
    <w:rsid w:val="00D423C3"/>
    <w:rsid w:val="00D73C35"/>
    <w:rsid w:val="00D92A02"/>
    <w:rsid w:val="00E15896"/>
    <w:rsid w:val="00E95BC5"/>
    <w:rsid w:val="00EA73FD"/>
    <w:rsid w:val="00EF6BB4"/>
    <w:rsid w:val="00F07270"/>
    <w:rsid w:val="00F8607F"/>
    <w:rsid w:val="00F94B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4CADDD"/>
  <w14:defaultImageDpi w14:val="300"/>
  <w15:docId w15:val="{ED2A2EE5-0543-1E4F-9EE4-3ABD45F8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  <w:jc w:val="both"/>
    </w:pPr>
    <w:rPr>
      <w:color w:val="000000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80"/>
      <w:outlineLvl w:val="0"/>
    </w:pPr>
    <w:rPr>
      <w:b/>
      <w:bCs/>
      <w:color w:val="0B2D5C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20" w:after="80"/>
      <w:outlineLvl w:val="1"/>
    </w:pPr>
    <w:rPr>
      <w:b/>
      <w:bCs/>
      <w:color w:val="0B6F98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60" w:after="80"/>
      <w:outlineLvl w:val="2"/>
    </w:pPr>
    <w:rPr>
      <w:b/>
      <w:bCs/>
      <w:color w:val="333333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10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0E10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  <w:rPr>
      <w:rFonts w:ascii="Arial" w:eastAsia="Arial" w:hAnsi="Arial" w:cs="Arial"/>
    </w:rPr>
  </w:style>
  <w:style w:type="paragraph" w:styleId="Sinespaciado">
    <w:name w:val="No Spacing"/>
    <w:uiPriority w:val="1"/>
    <w:qFormat/>
    <w:rsid w:val="00FC693F"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="Arial" w:eastAsia="Arial" w:hAnsi="Arial" w:cs="Arial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="Arial" w:eastAsia="Arial" w:hAnsi="Arial" w:cs="Arial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="Arial" w:eastAsia="Arial" w:hAnsi="Arial" w:cs="Arial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160"/>
      <w:contextualSpacing/>
    </w:pPr>
    <w:rPr>
      <w:b/>
      <w:color w:val="1F4E79"/>
      <w:spacing w:val="5"/>
      <w:kern w:val="28"/>
      <w:sz w:val="3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="Arial" w:eastAsia="Arial" w:hAnsi="Arial" w:cs="Arial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="Arial" w:eastAsia="Arial" w:hAnsi="Arial" w:cs="Arial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  <w:rPr>
      <w:rFonts w:ascii="Arial" w:eastAsia="Arial" w:hAnsi="Arial" w:cs="Aria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  <w:rPr>
      <w:rFonts w:ascii="Arial" w:eastAsia="Arial" w:hAnsi="Arial" w:cs="Arial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rFonts w:ascii="Arial" w:eastAsia="Arial" w:hAnsi="Arial" w:cs="Arial"/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0" w:hanging="259"/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360"/>
      </w:tabs>
      <w:spacing w:after="60"/>
      <w:ind w:left="360" w:hanging="259"/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Arial" w:eastAsia="Arial" w:hAnsi="Arial" w:cs="Arial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rFonts w:ascii="Arial" w:eastAsia="Arial" w:hAnsi="Arial" w:cs="Arial"/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="Arial" w:eastAsia="Arial" w:hAnsi="Arial" w:cs="Arial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="Arial" w:eastAsia="Arial" w:hAnsi="Arial" w:cs="Arial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="Arial" w:eastAsia="Arial" w:hAnsi="Arial" w:cs="Arial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="Arial" w:eastAsia="Arial" w:hAnsi="Arial" w:cs="Arial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="Arial" w:eastAsia="Arial" w:hAnsi="Arial" w:cs="Arial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rFonts w:ascii="Arial" w:eastAsia="Arial" w:hAnsi="Arial" w:cs="Arial"/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rFonts w:ascii="Arial" w:eastAsia="Arial" w:hAnsi="Arial" w:cs="Arial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rFonts w:ascii="Arial" w:eastAsia="Arial" w:hAnsi="Arial" w:cs="Arial"/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rFonts w:ascii="Arial" w:eastAsia="Arial" w:hAnsi="Arial" w:cs="Arial"/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rFonts w:ascii="Arial" w:eastAsia="Arial" w:hAnsi="Arial" w:cs="Arial"/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rFonts w:ascii="Arial" w:eastAsia="Arial" w:hAnsi="Arial" w:cs="Arial"/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IJKicker">
    <w:name w:val="BIJ Kicker"/>
    <w:basedOn w:val="Normal"/>
    <w:rPr>
      <w:b/>
      <w:color w:val="0E7490"/>
      <w:sz w:val="19"/>
    </w:rPr>
  </w:style>
  <w:style w:type="paragraph" w:customStyle="1" w:styleId="BIJLead">
    <w:name w:val="BIJ Lead"/>
    <w:basedOn w:val="Normal"/>
    <w:rPr>
      <w:color w:val="17324D"/>
    </w:rPr>
  </w:style>
  <w:style w:type="paragraph" w:customStyle="1" w:styleId="BIJSmall">
    <w:name w:val="BIJ Small"/>
    <w:basedOn w:val="Normal"/>
    <w:pPr>
      <w:spacing w:after="60"/>
    </w:pPr>
    <w:rPr>
      <w:color w:val="5B6470"/>
      <w:sz w:val="17"/>
    </w:rPr>
  </w:style>
  <w:style w:type="paragraph" w:customStyle="1" w:styleId="BIJFieldLabel">
    <w:name w:val="BIJ Field Label"/>
    <w:basedOn w:val="Normal"/>
    <w:pPr>
      <w:spacing w:before="160" w:after="60"/>
    </w:pPr>
    <w:rPr>
      <w:b/>
      <w:color w:val="17324D"/>
    </w:rPr>
  </w:style>
  <w:style w:type="paragraph" w:customStyle="1" w:styleId="BIJInstructions">
    <w:name w:val="BIJ Instructions"/>
    <w:basedOn w:val="Normal"/>
    <w:rPr>
      <w:i/>
      <w:color w:val="5B6470"/>
      <w:sz w:val="19"/>
    </w:rPr>
  </w:style>
  <w:style w:type="paragraph" w:customStyle="1" w:styleId="BIJLegal">
    <w:name w:val="BIJ Legal"/>
    <w:basedOn w:val="Normal"/>
    <w:pPr>
      <w:spacing w:after="160"/>
    </w:pPr>
    <w:rPr>
      <w:color w:val="1F29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1235</Words>
  <Characters>6502</Characters>
  <Application>Microsoft Office Word</Application>
  <DocSecurity>0</DocSecurity>
  <Lines>342</Lines>
  <Paragraphs>203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F1 Postulación de la iniciativa y equipo - BIJ Rionegro 2026</vt:lpstr>
      <vt:lpstr/>
    </vt:vector>
  </TitlesOfParts>
  <Manager/>
  <Company/>
  <LinksUpToDate>false</LinksUpToDate>
  <CharactersWithSpaces>7534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 · Postulación y caracterización inicial · BIJ Rionegro 2026</dc:title>
  <dc:subject>Formato de postulación</dc:subject>
  <dc:creator>Alcaldía de Rionegro - Subsecretaría de Juventud</dc:creator>
  <cp:keywords>Banco de Iniciativas Juveniles, Rionegro, 2026</cp:keywords>
  <dc:description>Versión estructuralmente consolidada a partir del documento rector y de referentes de convocatoria.</dc:description>
  <cp:lastModifiedBy>ANGELLO OTALVARO TOBON</cp:lastModifiedBy>
  <cp:revision>18</cp:revision>
  <dcterms:created xsi:type="dcterms:W3CDTF">2013-12-23T23:15:00Z</dcterms:created>
  <dcterms:modified xsi:type="dcterms:W3CDTF">2026-09-03T19:26:00Z</dcterms:modified>
  <cp:category/>
</cp:coreProperties>
</file>